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line="20" w:lineRule="exact"/>
      </w:pPr>
      <w:r>
        <w:pict>
          <v:line id="s1" style="position:absolute;mso-position-horizontal-relative:page;mso-position-vertical-relative:page;z-index:1" from="92.200pt,802.251pt" to="151.900pt,802.251pt" strokecolor="black" strokeweight="0.5pt"/>
        </w:pict>
      </w:r>
      <w:r>
        <w:pict>
          <v:line id="s2" style="position:absolute;mso-position-horizontal-relative:page;mso-position-vertical-relative:page;z-index:2" from="195.950pt,59.401pt" to="399.550pt,59.401pt" strokecolor="black" strokeweight="0.8999999761581421pt"/>
        </w:pict>
      </w:r>
      <w:r>
        <w:pict>
          <v:rect id="s3" style="position:absolute;margin-left:289.550pt;margin-top:656.651pt;width:11.300pt;height:11.300pt;mso-position-horizontal-relative:page;mso-position-vertical-relative:page;z-index:3" filled="f" fillcolor="white" stroked="t" strokecolor="black" strokeweight=".4pt"/>
        </w:pict>
      </w:r>
      <w:r>
        <w:pict>
          <v:rect id="s4" style="position:absolute;margin-left:289.550pt;margin-top:676.251pt;width:11.300pt;height:11.300pt;mso-position-horizontal-relative:page;mso-position-vertical-relative:page;z-index:4" filled="f" fillcolor="white" stroked="t" strokecolor="black" strokeweight=".4pt"/>
        </w:pict>
      </w:r>
      <w:r>
        <w:pict>
          <v:rect id="s5" style="position:absolute;margin-left:289.550pt;margin-top:695.851pt;width:11.300pt;height:11.300pt;mso-position-horizontal-relative:page;mso-position-vertical-relative:page;z-index:5" filled="f" fillcolor="white" stroked="t" strokecolor="black" strokeweight=".4pt"/>
        </w:pict>
      </w:r>
      <w:r>
        <w:pict>
          <v:rect id="s6" style="position:absolute;margin-left:289.550pt;margin-top:715.451pt;width:11.300pt;height:11.300pt;mso-position-horizontal-relative:page;mso-position-vertical-relative:page;z-index:6" filled="f" fillcolor="white" stroked="t" strokecolor="black" strokeweight=".4pt"/>
        </w:pict>
      </w:r>
      <w:r>
        <w:pict>
          <v:line id="s7" style="position:absolute;mso-position-horizontal-relative:page;mso-position-vertical-relative:page;z-index:7" from="59.850pt,606.651pt" to="546.650pt,606.651pt" strokecolor="black" strokeweight="0.5pt"/>
        </w:pict>
      </w:r>
      <w:r>
        <w:pict>
          <v:line id="s8" style="position:absolute;mso-position-horizontal-relative:page;mso-position-vertical-relative:page;z-index:8" from="60.350pt,637.351pt" to="546.150pt,637.351pt" strokecolor="black" strokeweight="0.5pt"/>
        </w:pict>
      </w:r>
      <w:r>
        <w:pict>
          <v:line id="s9" style="position:absolute;mso-position-horizontal-relative:page;mso-position-vertical-relative:page;z-index:9" from="59.850pt,735.151pt" to="546.650pt,735.151pt" strokecolor="black" strokeweight="0.5pt"/>
        </w:pict>
      </w:r>
      <w:r>
        <w:pict>
          <v:line id="s10" style="position:absolute;mso-position-horizontal-relative:page;mso-position-vertical-relative:page;z-index:10" from="60.100pt,606.401pt" to="60.100pt,735.401pt" strokecolor="black" strokeweight="0.5pt"/>
        </w:pict>
      </w:r>
      <w:r>
        <w:pict>
          <v:line id="s11" style="position:absolute;mso-position-horizontal-relative:page;mso-position-vertical-relative:page;z-index:11" from="271.000pt,637.101pt" to="271.000pt,734.901pt" strokecolor="black" strokeweight="0.5pt"/>
        </w:pict>
      </w:r>
      <w:r>
        <w:pict>
          <v:line id="s12" style="position:absolute;mso-position-horizontal-relative:page;mso-position-vertical-relative:page;z-index:12" from="546.400pt,606.401pt" to="546.400pt,735.401pt" strokecolor="black" strokeweight="0.5pt"/>
        </w:pict>
      </w:r>
      <w:r>
        <w:pict>
          <v:rect id="s13" style="position:absolute;margin-left:514.700pt;margin-top:806.501pt;width:80.600pt;height:7.500pt;mso-position-horizontal-relative:page;mso-position-vertical-relative:page;z-index:13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20" w:lineRule="exact"/>
                  </w:pPr>
                  <w:r>
                    <w:rPr>
                      <w:rFonts w:ascii="Arial" w:hAnsi="Arial"/>
                      <w:sz w:val="10"/>
                      <w:fitText w:val="477" w:id="13"/>
                    </w:rPr>
                    <w:t xml:space="preserve">Pag. 1 di 1</w:t>
                  </w:r>
                </w:p>
              </w:txbxContent>
            </v:textbox>
          </v:rect>
        </w:pict>
      </w:r>
      <w:r>
        <w:pict>
          <v:rect id="s14" style="position:absolute;margin-left:195.950pt;margin-top:42.561pt;width:399.350pt;height:24.000pt;mso-position-horizontal-relative:page;mso-position-vertical-relative:page;z-index:14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384" w:lineRule="exact"/>
                  </w:pPr>
                  <w:r>
                    <w:rPr>
                      <w:rFonts w:ascii="Arial" w:hAnsi="Arial"/>
                      <w:sz w:val="32"/>
                      <w:b/>
                      <w:fitText w:val="4068" w:id="14"/>
                    </w:rPr>
                    <w:t xml:space="preserve">Istanza dell’accesso civico</w:t>
                  </w:r>
                </w:p>
              </w:txbxContent>
            </v:textbox>
          </v:rect>
        </w:pict>
      </w:r>
      <w:r>
        <w:pict>
          <v:rect id="s15" style="position:absolute;margin-left:56.800pt;margin-top:73.001pt;width:538.500pt;height:15.000pt;mso-position-horizontal-relative:page;mso-position-vertical-relative:page;z-index:15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2899" w:id="15"/>
                    </w:rPr>
                    <w:t xml:space="preserve">Luogo e data ………....………….</w:t>
                  </w:r>
                </w:p>
              </w:txbxContent>
            </v:textbox>
          </v:rect>
        </w:pict>
      </w:r>
      <w:r>
        <w:pict>
          <v:rect id="s16" style="position:absolute;margin-left:375.750pt;margin-top:84.501pt;width:219.550pt;height:15.000pt;mso-position-horizontal-relative:page;mso-position-vertical-relative:page;z-index:16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99" w:id="16"/>
                    </w:rPr>
                    <w:t xml:space="preserve">Al comune </w:t>
                  </w:r>
                </w:p>
              </w:txbxContent>
            </v:textbox>
          </v:rect>
        </w:pict>
      </w:r>
      <w:r>
        <w:pict>
          <v:rect id="s17" style="position:absolute;margin-left:375.750pt;margin-top:102.001pt;width:219.550pt;height:15.000pt;mso-position-horizontal-relative:page;mso-position-vertical-relative:page;z-index:17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3256" w:id="17"/>
                    </w:rPr>
                    <w:t xml:space="preserve">di .......................................................</w:t>
                  </w:r>
                </w:p>
              </w:txbxContent>
            </v:textbox>
          </v:rect>
        </w:pict>
      </w:r>
      <w:r>
        <w:pict>
          <v:rect id="s18" style="position:absolute;margin-left:56.800pt;margin-top:119.501pt;width:538.500pt;height:15.000pt;mso-position-horizontal-relative:page;mso-position-vertical-relative:page;z-index:18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41" w:id="18"/>
                    </w:rPr>
                    <w:t xml:space="preserve">Io sottoscritto/a ………………….……………..…….......…. nato/a il .....................................................................</w:t>
                  </w:r>
                </w:p>
              </w:txbxContent>
            </v:textbox>
          </v:rect>
        </w:pict>
      </w:r>
      <w:r>
        <w:pict>
          <v:rect id="s19" style="position:absolute;margin-left:56.900pt;margin-top:137.001pt;width:538.400pt;height:15.000pt;mso-position-horizontal-relative:page;mso-position-vertical-relative:page;z-index:19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29" w:id="19"/>
                    </w:rPr>
                    <w:t xml:space="preserve">C.F. …………………………………………………in (comune di nascita) ………….....................…… e residente</w:t>
                  </w:r>
                </w:p>
              </w:txbxContent>
            </v:textbox>
          </v:rect>
        </w:pict>
      </w:r>
      <w:r>
        <w:pict>
          <v:rect id="s20" style="position:absolute;margin-left:56.800pt;margin-top:154.501pt;width:538.500pt;height:15.000pt;mso-position-horizontal-relative:page;mso-position-vertical-relative:page;z-index:20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40" w:id="20"/>
                    </w:rPr>
                    <w:t xml:space="preserve">in (comune di residenza) ......................................................................................................................................</w:t>
                  </w:r>
                </w:p>
              </w:txbxContent>
            </v:textbox>
          </v:rect>
        </w:pict>
      </w:r>
      <w:r>
        <w:pict>
          <v:rect id="s21" style="position:absolute;margin-left:271.950pt;margin-top:172.001pt;width:323.350pt;height:15.000pt;mso-position-horizontal-relative:page;mso-position-vertical-relative:page;z-index:21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b/>
                      <w:fitText w:val="1032" w:id="21"/>
                    </w:rPr>
                    <w:t xml:space="preserve">CHIEDO DI</w:t>
                  </w:r>
                </w:p>
              </w:txbxContent>
            </v:textbox>
          </v:rect>
        </w:pict>
      </w:r>
      <w:r>
        <w:pict>
          <v:rect id="s22" style="position:absolute;margin-left:56.800pt;margin-top:189.501pt;width:538.500pt;height:15.000pt;mso-position-horizontal-relative:page;mso-position-vertical-relative:page;z-index:22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22" w:id="22"/>
                    </w:rPr>
                    <w:t xml:space="preserve">Ricevere documenti e comunicazioni relative alla presente istanza in Via .........................................................</w:t>
                  </w:r>
                </w:p>
              </w:txbxContent>
            </v:textbox>
          </v:rect>
        </w:pict>
      </w:r>
      <w:r>
        <w:pict>
          <v:rect id="s23" style="position:absolute;margin-left:56.800pt;margin-top:211.001pt;width:538.500pt;height:15.000pt;mso-position-horizontal-relative:page;mso-position-vertical-relative:page;z-index:23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33" w:id="23"/>
                    </w:rPr>
                    <w:t xml:space="preserve">n. civ. ……… CAP ………….. Comune ……………………………………………………… Tel .............................</w:t>
                  </w:r>
                </w:p>
              </w:txbxContent>
            </v:textbox>
          </v:rect>
        </w:pict>
      </w:r>
      <w:r>
        <w:pict>
          <v:rect id="s24" style="position:absolute;margin-left:56.800pt;margin-top:232.501pt;width:538.500pt;height:15.000pt;mso-position-horizontal-relative:page;mso-position-vertical-relative:page;z-index:24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28" w:id="24"/>
                    </w:rPr>
                    <w:t xml:space="preserve">Cell. …………………………….. e-mail/PEC ........................................................................................................</w:t>
                  </w:r>
                </w:p>
              </w:txbxContent>
            </v:textbox>
          </v:rect>
        </w:pict>
      </w:r>
      <w:r>
        <w:pict>
          <v:rect id="s25" style="position:absolute;margin-left:60.250pt;margin-top:252.821pt;width:535.050pt;height:18.000pt;mso-position-horizontal-relative:page;mso-position-vertical-relative:page;z-index:25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88" w:lineRule="exact"/>
                  </w:pPr>
                  <w:r>
                    <w:rPr>
                      <w:rFonts w:ascii="Arial" w:hAnsi="Arial"/>
                      <w:sz w:val="24"/>
                      <w:fitText w:val="216" w:id="25"/>
                    </w:rPr>
                    <w:t xml:space="preserve">☐</w:t>
                  </w:r>
                </w:p>
              </w:txbxContent>
            </v:textbox>
          </v:rect>
        </w:pict>
      </w:r>
      <w:r>
        <w:pict>
          <v:rect id="s26" style="position:absolute;margin-left:78.100pt;margin-top:254.701pt;width:517.200pt;height:15.000pt;mso-position-horizontal-relative:page;mso-position-vertical-relative:page;z-index:26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400" w:id="26"/>
                    </w:rPr>
                    <w:t xml:space="preserve">Avere il link o l’indicazione di dove reperire sul sito comunale i seguenti documenti che, a norma del d.lgs. </w:t>
                  </w:r>
                </w:p>
              </w:txbxContent>
            </v:textbox>
          </v:rect>
        </w:pict>
      </w:r>
      <w:r>
        <w:pict>
          <v:rect id="s27" style="position:absolute;margin-left:78.100pt;margin-top:266.701pt;width:517.200pt;height:15.000pt;mso-position-horizontal-relative:page;mso-position-vertical-relative:page;z-index:27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267" w:id="27"/>
                    </w:rPr>
                    <w:t xml:space="preserve">33/2013 codesta amministrazione aveva l’obbligo di pubblicare nell’apposita sezione del sito comunale </w:t>
                  </w:r>
                </w:p>
              </w:txbxContent>
            </v:textbox>
          </v:rect>
        </w:pict>
      </w:r>
      <w:r>
        <w:pict>
          <v:rect id="s28" style="position:absolute;margin-left:78.100pt;margin-top:278.201pt;width:517.200pt;height:15.000pt;mso-position-horizontal-relative:page;mso-position-vertical-relative:page;z-index:28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1166" w:id="28"/>
                    </w:rPr>
                    <w:t xml:space="preserve">denominata “</w:t>
                  </w:r>
                </w:p>
              </w:txbxContent>
            </v:textbox>
          </v:rect>
        </w:pict>
      </w:r>
      <w:r>
        <w:pict>
          <v:rect id="s29" style="position:absolute;margin-left:136.450pt;margin-top:278.201pt;width:458.850pt;height:15.000pt;mso-position-horizontal-relative:page;mso-position-vertical-relative:page;z-index:29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b/>
                      <w:i/>
                      <w:fitText w:val="2720" w:id="29"/>
                    </w:rPr>
                    <w:t xml:space="preserve">amministrazione trasparente</w:t>
                  </w:r>
                </w:p>
              </w:txbxContent>
            </v:textbox>
          </v:rect>
        </w:pict>
      </w:r>
      <w:r>
        <w:pict>
          <v:rect id="s30" style="position:absolute;margin-left:272.600pt;margin-top:278.201pt;width:322.700pt;height:15.000pt;mso-position-horizontal-relative:page;mso-position-vertical-relative:page;z-index:30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67" w:id="30"/>
                    </w:rPr>
                    <w:t xml:space="preserve">”</w:t>
                  </w:r>
                </w:p>
              </w:txbxContent>
            </v:textbox>
          </v:rect>
        </w:pict>
      </w:r>
      <w:r>
        <w:pict>
          <v:rect id="s31" style="position:absolute;margin-left:60.250pt;margin-top:288.521pt;width:535.050pt;height:18.000pt;mso-position-horizontal-relative:page;mso-position-vertical-relative:page;z-index:31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88" w:lineRule="exact"/>
                  </w:pPr>
                  <w:r>
                    <w:rPr>
                      <w:rFonts w:ascii="Arial" w:hAnsi="Arial"/>
                      <w:sz w:val="24"/>
                      <w:fitText w:val="216" w:id="31"/>
                    </w:rPr>
                    <w:t xml:space="preserve">☐</w:t>
                  </w:r>
                </w:p>
              </w:txbxContent>
            </v:textbox>
          </v:rect>
        </w:pict>
      </w:r>
      <w:r>
        <w:pict>
          <v:rect id="s32" style="position:absolute;margin-left:78.100pt;margin-top:290.401pt;width:517.200pt;height:15.000pt;mso-position-horizontal-relative:page;mso-position-vertical-relative:page;z-index:32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267" w:id="32"/>
                    </w:rPr>
                    <w:t xml:space="preserve">Poter consultare i seguenti documenti, che dovrebbero essere pubblicati nell’apposita sezione del sito </w:t>
                  </w:r>
                </w:p>
              </w:txbxContent>
            </v:textbox>
          </v:rect>
        </w:pict>
      </w:r>
      <w:r>
        <w:pict>
          <v:rect id="s33" style="position:absolute;margin-left:78.100pt;margin-top:302.401pt;width:517.200pt;height:15.000pt;mso-position-horizontal-relative:page;mso-position-vertical-relative:page;z-index:33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2988" w:id="33"/>
                    </w:rPr>
                    <w:t xml:space="preserve">internet istituzionale denominata “</w:t>
                  </w:r>
                </w:p>
              </w:txbxContent>
            </v:textbox>
          </v:rect>
        </w:pict>
      </w:r>
      <w:r>
        <w:pict>
          <v:rect id="s34" style="position:absolute;margin-left:227.600pt;margin-top:302.401pt;width:367.700pt;height:15.000pt;mso-position-horizontal-relative:page;mso-position-vertical-relative:page;z-index:34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b/>
                      <w:i/>
                      <w:fitText w:val="2720" w:id="34"/>
                    </w:rPr>
                    <w:t xml:space="preserve">amministrazione trasparente</w:t>
                  </w:r>
                </w:p>
              </w:txbxContent>
            </v:textbox>
          </v:rect>
        </w:pict>
      </w:r>
      <w:r>
        <w:pict>
          <v:rect id="s35" style="position:absolute;margin-left:363.750pt;margin-top:302.401pt;width:231.550pt;height:15.000pt;mso-position-horizontal-relative:page;mso-position-vertical-relative:page;z-index:35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121" w:id="35"/>
                    </w:rPr>
                    <w:t xml:space="preserve">”:</w:t>
                  </w:r>
                </w:p>
              </w:txbxContent>
            </v:textbox>
          </v:rect>
        </w:pict>
      </w:r>
      <w:r>
        <w:pict>
          <v:rect id="s36" style="position:absolute;margin-left:60.250pt;margin-top:312.721pt;width:535.050pt;height:18.000pt;mso-position-horizontal-relative:page;mso-position-vertical-relative:page;z-index:36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88" w:lineRule="exact"/>
                  </w:pPr>
                  <w:r>
                    <w:rPr>
                      <w:rFonts w:ascii="Arial" w:hAnsi="Arial"/>
                      <w:sz w:val="24"/>
                      <w:fitText w:val="216" w:id="36"/>
                    </w:rPr>
                    <w:t xml:space="preserve">☐</w:t>
                  </w:r>
                </w:p>
              </w:txbxContent>
            </v:textbox>
          </v:rect>
        </w:pict>
      </w:r>
      <w:r>
        <w:pict>
          <v:rect id="s37" style="position:absolute;margin-left:78.100pt;margin-top:314.601pt;width:517.200pt;height:15.000pt;mso-position-horizontal-relative:page;mso-position-vertical-relative:page;z-index:37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311" w:id="37"/>
                    </w:rPr>
                    <w:t xml:space="preserve">Poter avere copia dei seguenti documenti, che dovrebbero essere pubblicati nell’apposita sezione del sito </w:t>
                  </w:r>
                </w:p>
              </w:txbxContent>
            </v:textbox>
          </v:rect>
        </w:pict>
      </w:r>
      <w:r>
        <w:pict>
          <v:rect id="s38" style="position:absolute;margin-left:78.100pt;margin-top:326.601pt;width:517.200pt;height:15.000pt;mso-position-horizontal-relative:page;mso-position-vertical-relative:page;z-index:38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2988" w:id="38"/>
                    </w:rPr>
                    <w:t xml:space="preserve">internet istituzionale denominata “</w:t>
                  </w:r>
                </w:p>
              </w:txbxContent>
            </v:textbox>
          </v:rect>
        </w:pict>
      </w:r>
      <w:r>
        <w:pict>
          <v:rect id="s39" style="position:absolute;margin-left:227.600pt;margin-top:326.601pt;width:367.700pt;height:15.000pt;mso-position-horizontal-relative:page;mso-position-vertical-relative:page;z-index:39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b/>
                      <w:i/>
                      <w:fitText w:val="2720" w:id="39"/>
                    </w:rPr>
                    <w:t xml:space="preserve">amministrazione trasparente</w:t>
                  </w:r>
                </w:p>
              </w:txbxContent>
            </v:textbox>
          </v:rect>
        </w:pict>
      </w:r>
      <w:r>
        <w:pict>
          <v:rect id="s40" style="position:absolute;margin-left:363.750pt;margin-top:326.601pt;width:231.550pt;height:15.000pt;mso-position-horizontal-relative:page;mso-position-vertical-relative:page;z-index:40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121" w:id="40"/>
                    </w:rPr>
                    <w:t xml:space="preserve">”:</w:t>
                  </w:r>
                </w:p>
              </w:txbxContent>
            </v:textbox>
          </v:rect>
        </w:pict>
      </w:r>
      <w:r>
        <w:pict>
          <v:rect id="s41" style="position:absolute;margin-left:56.800pt;margin-top:344.101pt;width:538.500pt;height:15.000pt;mso-position-horizontal-relative:page;mso-position-vertical-relative:page;z-index:41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55" w:id="41"/>
                    </w:rPr>
                    <w:t xml:space="preserve">[</w:t>
                  </w:r>
                </w:p>
              </w:txbxContent>
            </v:textbox>
          </v:rect>
        </w:pict>
      </w:r>
      <w:r>
        <w:pict>
          <v:rect id="s42" style="position:absolute;margin-left:59.550pt;margin-top:344.101pt;width:535.750pt;height:15.000pt;mso-position-horizontal-relative:page;mso-position-vertical-relative:page;z-index:42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b/>
                      <w:i/>
                      <w:fitText w:val="7273" w:id="42"/>
                    </w:rPr>
                    <w:t xml:space="preserve">Inserire qui la sommaria descrizione dei documenti che si stanno ricercando</w:t>
                  </w:r>
                </w:p>
              </w:txbxContent>
            </v:textbox>
          </v:rect>
        </w:pict>
      </w:r>
      <w:r>
        <w:pict>
          <v:rect id="s43" style="position:absolute;margin-left:423.550pt;margin-top:344.101pt;width:171.750pt;height:15.000pt;mso-position-horizontal-relative:page;mso-position-vertical-relative:page;z-index:43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55" w:id="43"/>
                    </w:rPr>
                    <w:t xml:space="preserve">]</w:t>
                  </w:r>
                </w:p>
              </w:txbxContent>
            </v:textbox>
          </v:rect>
        </w:pict>
      </w:r>
      <w:r>
        <w:pict>
          <v:rect id="s44" style="position:absolute;margin-left:56.700pt;margin-top:369.451pt;width:538.600pt;height:15.000pt;mso-position-horizontal-relative:page;mso-position-vertical-relative:page;z-index:44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25" w:id="44"/>
                    </w:rPr>
                    <w:t xml:space="preserve">...............................................................................................................................................................................</w:t>
                  </w:r>
                </w:p>
              </w:txbxContent>
            </v:textbox>
          </v:rect>
        </w:pict>
      </w:r>
      <w:r>
        <w:pict>
          <v:rect id="s45" style="position:absolute;margin-left:56.700pt;margin-top:395.251pt;width:538.600pt;height:15.000pt;mso-position-horizontal-relative:page;mso-position-vertical-relative:page;z-index:45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25" w:id="45"/>
                    </w:rPr>
                    <w:t xml:space="preserve">...............................................................................................................................................................................</w:t>
                  </w:r>
                </w:p>
              </w:txbxContent>
            </v:textbox>
          </v:rect>
        </w:pict>
      </w:r>
      <w:r>
        <w:pict>
          <v:rect id="s46" style="position:absolute;margin-left:56.800pt;margin-top:413.201pt;width:538.500pt;height:15.000pt;mso-position-horizontal-relative:page;mso-position-vertical-relative:page;z-index:46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94" w:id="46"/>
                    </w:rPr>
                    <w:t xml:space="preserve">Chiedo anche di essere informato quando l’adempimento della pubblicazione sarà eseguito da codesto </w:t>
                  </w:r>
                </w:p>
              </w:txbxContent>
            </v:textbox>
          </v:rect>
        </w:pict>
      </w:r>
      <w:r>
        <w:pict>
          <v:rect id="s47" style="position:absolute;margin-left:56.800pt;margin-top:424.701pt;width:538.500pt;height:15.000pt;mso-position-horizontal-relative:page;mso-position-vertical-relative:page;z-index:47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93" w:id="47"/>
                    </w:rPr>
                    <w:t xml:space="preserve">comune rispetto ai documenti indicati che avrebbero dovuto essere già pubblicati in che non fanno parte di </w:t>
                  </w:r>
                </w:p>
              </w:txbxContent>
            </v:textbox>
          </v:rect>
        </w:pict>
      </w:r>
      <w:r>
        <w:pict>
          <v:rect id="s48" style="position:absolute;margin-left:56.800pt;margin-top:436.201pt;width:538.500pt;height:15.000pt;mso-position-horizontal-relative:page;mso-position-vertical-relative:page;z-index:48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67" w:id="48"/>
                    </w:rPr>
                    <w:t xml:space="preserve">“</w:t>
                  </w:r>
                </w:p>
              </w:txbxContent>
            </v:textbox>
          </v:rect>
        </w:pict>
      </w:r>
      <w:r>
        <w:pict>
          <v:rect id="s49" style="position:absolute;margin-left:60.100pt;margin-top:436.201pt;width:535.200pt;height:15.000pt;mso-position-horizontal-relative:page;mso-position-vertical-relative:page;z-index:49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b/>
                      <w:i/>
                      <w:fitText w:val="2720" w:id="49"/>
                    </w:rPr>
                    <w:t xml:space="preserve">amministrazione trasparente</w:t>
                  </w:r>
                </w:p>
              </w:txbxContent>
            </v:textbox>
          </v:rect>
        </w:pict>
      </w:r>
      <w:r>
        <w:pict>
          <v:rect id="s50" style="position:absolute;margin-left:196.250pt;margin-top:436.201pt;width:399.050pt;height:15.000pt;mso-position-horizontal-relative:page;mso-position-vertical-relative:page;z-index:50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121" w:id="50"/>
                    </w:rPr>
                    <w:t xml:space="preserve">”.</w:t>
                  </w:r>
                </w:p>
              </w:txbxContent>
            </v:textbox>
          </v:rect>
        </w:pict>
      </w:r>
      <w:r>
        <w:pict>
          <v:rect id="s51" style="position:absolute;margin-left:56.800pt;margin-top:453.701pt;width:538.500pt;height:15.000pt;mso-position-horizontal-relative:page;mso-position-vertical-relative:page;z-index:51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93" w:id="51"/>
                    </w:rPr>
                    <w:t xml:space="preserve">Dichiaro di essere informato, tramite apposita informativa resa disponibile dall’ente a cui è indirizzato il </w:t>
                  </w:r>
                </w:p>
              </w:txbxContent>
            </v:textbox>
          </v:rect>
        </w:pict>
      </w:r>
      <w:r>
        <w:pict>
          <v:rect id="s52" style="position:absolute;margin-left:56.800pt;margin-top:465.201pt;width:538.500pt;height:15.000pt;mso-position-horizontal-relative:page;mso-position-vertical-relative:page;z-index:52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95" w:id="52"/>
                    </w:rPr>
                    <w:t xml:space="preserve">presente documento, ai sensi e per gli effetti degli articoli 13 e seg. del Regolamento Generale sulla Protezione </w:t>
                  </w:r>
                </w:p>
              </w:txbxContent>
            </v:textbox>
          </v:rect>
        </w:pict>
      </w:r>
      <w:r>
        <w:pict>
          <v:rect id="s53" style="position:absolute;margin-left:56.800pt;margin-top:476.701pt;width:538.500pt;height:15.000pt;mso-position-horizontal-relative:page;mso-position-vertical-relative:page;z-index:53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93" w:id="53"/>
                    </w:rPr>
                    <w:t xml:space="preserve">dei Dati (RGPD-UE 2016/679), che i dati personali raccolti saranno trattati, anche con strumenti informatici, </w:t>
                  </w:r>
                </w:p>
              </w:txbxContent>
            </v:textbox>
          </v:rect>
        </w:pict>
      </w:r>
      <w:r>
        <w:pict>
          <v:rect id="s54" style="position:absolute;margin-left:56.800pt;margin-top:488.201pt;width:538.500pt;height:15.000pt;mso-position-horizontal-relative:page;mso-position-vertical-relative:page;z-index:54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009" w:id="54"/>
                    </w:rPr>
                    <w:t xml:space="preserve">esclusivamente nell’ambito del procedimento per il quale la presente istanza/dichiarazione viene resa.</w:t>
                  </w:r>
                </w:p>
              </w:txbxContent>
            </v:textbox>
          </v:rect>
        </w:pict>
      </w:r>
      <w:r>
        <w:pict>
          <v:rect id="s55" style="position:absolute;margin-left:56.800pt;margin-top:505.701pt;width:538.500pt;height:15.000pt;mso-position-horizontal-relative:page;mso-position-vertical-relative:page;z-index:55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7776" w:id="55"/>
                    </w:rPr>
                    <w:t xml:space="preserve">Allego fotocopia non autenticata di un mio documento di identità e i seguenti documenti:</w:t>
                  </w:r>
                </w:p>
              </w:txbxContent>
            </v:textbox>
          </v:rect>
        </w:pict>
      </w:r>
      <w:r>
        <w:pict>
          <v:rect id="s56" style="position:absolute;margin-left:56.700pt;margin-top:529.651pt;width:538.600pt;height:15.000pt;mso-position-horizontal-relative:page;mso-position-vertical-relative:page;z-index:56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25" w:id="56"/>
                    </w:rPr>
                    <w:t xml:space="preserve">...............................................................................................................................................................................</w:t>
                  </w:r>
                </w:p>
              </w:txbxContent>
            </v:textbox>
          </v:rect>
        </w:pict>
      </w:r>
      <w:r>
        <w:pict>
          <v:rect id="s57" style="position:absolute;margin-left:56.800pt;margin-top:558.201pt;width:538.500pt;height:15.000pt;mso-position-horizontal-relative:page;mso-position-vertical-relative:page;z-index:57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1177" w:id="57"/>
                    </w:rPr>
                    <w:t xml:space="preserve">Distinti saluti.</w:t>
                  </w:r>
                </w:p>
              </w:txbxContent>
            </v:textbox>
          </v:rect>
        </w:pict>
      </w:r>
      <w:r>
        <w:pict>
          <v:rect id="s58" style="position:absolute;margin-left:341.700pt;margin-top:575.701pt;width:253.600pt;height:15.000pt;mso-position-horizontal-relative:page;mso-position-vertical-relative:page;z-index:58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i/>
                      <w:fitText w:val="3604" w:id="58"/>
                    </w:rPr>
                    <w:t xml:space="preserve">.................................................................</w:t>
                  </w:r>
                </w:p>
              </w:txbxContent>
            </v:textbox>
          </v:rect>
        </w:pict>
      </w:r>
      <w:r>
        <w:pict>
          <v:rect id="s59" style="position:absolute;margin-left:419.250pt;margin-top:587.221pt;width:176.050pt;height:10.500pt;mso-position-horizontal-relative:page;mso-position-vertical-relative:page;z-index:59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fitText w:val="528" w:id="59"/>
                    </w:rPr>
                    <w:t xml:space="preserve">(FIRMA)</w:t>
                  </w:r>
                </w:p>
              </w:txbxContent>
            </v:textbox>
          </v:rect>
        </w:pict>
      </w:r>
      <w:r>
        <w:pict>
          <v:rect id="s60" style="position:absolute;margin-left:63.250pt;margin-top:609.921pt;width:532.050pt;height:10.500pt;mso-position-horizontal-relative:page;mso-position-vertical-relative:page;z-index:60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b/>
                      <w:fitText w:val="9647" w:id="60"/>
                    </w:rPr>
                    <w:t xml:space="preserve">Ai sensi dell'art. 38, d.P.R. 445 del 28 dicembre 2000, la dichiarazione è sottoscritta dall'interessato in presenza del dipendente addetto ovvero </w:t>
                  </w:r>
                </w:p>
              </w:txbxContent>
            </v:textbox>
          </v:rect>
        </w:pict>
      </w:r>
      <w:r>
        <w:pict>
          <v:rect id="s61" style="position:absolute;margin-left:63.250pt;margin-top:617.971pt;width:532.050pt;height:10.500pt;mso-position-horizontal-relative:page;mso-position-vertical-relative:page;z-index:61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b/>
                      <w:fitText w:val="9649" w:id="61"/>
                    </w:rPr>
                    <w:t xml:space="preserve">sottoscritta e inviata insieme alla fotocopia, non autenticata di un documento di identità del dichiarante, all'ufficio competente via fax, tramite un </w:t>
                  </w:r>
                </w:p>
              </w:txbxContent>
            </v:textbox>
          </v:rect>
        </w:pict>
      </w:r>
      <w:r>
        <w:pict>
          <v:rect id="s62" style="position:absolute;margin-left:63.250pt;margin-top:626.021pt;width:532.050pt;height:10.500pt;mso-position-horizontal-relative:page;mso-position-vertical-relative:page;z-index:62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b/>
                      <w:fitText w:val="2245" w:id="62"/>
                    </w:rPr>
                    <w:t xml:space="preserve">incaricato, oppure a mezzo posta.</w:t>
                  </w:r>
                </w:p>
              </w:txbxContent>
            </v:textbox>
          </v:rect>
        </w:pict>
      </w:r>
      <w:r>
        <w:pict>
          <v:rect id="s63" style="position:absolute;margin-left:118.800pt;margin-top:643.571pt;width:476.500pt;height:10.500pt;mso-position-horizontal-relative:page;mso-position-vertical-relative:page;z-index:63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fitText w:val="1878" w:id="63"/>
                    </w:rPr>
                    <w:t xml:space="preserve">FIRMATA DAL DICHIARANTE</w:t>
                  </w:r>
                </w:p>
              </w:txbxContent>
            </v:textbox>
          </v:rect>
        </w:pict>
      </w:r>
      <w:r>
        <w:pict>
          <v:rect id="s64" style="position:absolute;margin-left:137.000pt;margin-top:651.621pt;width:458.300pt;height:10.500pt;mso-position-horizontal-relative:page;mso-position-vertical-relative:page;z-index:64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fitText w:val="1149" w:id="64"/>
                    </w:rPr>
                    <w:t xml:space="preserve">II MIA PRESENZA</w:t>
                  </w:r>
                </w:p>
              </w:txbxContent>
            </v:textbox>
          </v:rect>
        </w:pict>
      </w:r>
      <w:r>
        <w:pict>
          <v:rect id="s65" style="position:absolute;margin-left:63.250pt;margin-top:663.671pt;width:532.050pt;height:10.500pt;mso-position-horizontal-relative:page;mso-position-vertical-relative:page;z-index:65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i/>
                      <w:fitText w:val="1660" w:id="65"/>
                    </w:rPr>
                    <w:t xml:space="preserve">lì ........................................</w:t>
                  </w:r>
                </w:p>
              </w:txbxContent>
            </v:textbox>
          </v:rect>
        </w:pict>
      </w:r>
      <w:r>
        <w:pict>
          <v:rect id="s66" style="position:absolute;margin-left:182.050pt;margin-top:675.721pt;width:413.250pt;height:10.500pt;mso-position-horizontal-relative:page;mso-position-vertical-relative:page;z-index:66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fitText w:val="766" w:id="66"/>
                    </w:rPr>
                    <w:t xml:space="preserve">L’ADDETTO</w:t>
                  </w:r>
                </w:p>
              </w:txbxContent>
            </v:textbox>
          </v:rect>
        </w:pict>
      </w:r>
      <w:r>
        <w:pict>
          <v:rect id="s67" style="position:absolute;margin-left:139.000pt;margin-top:698.421pt;width:456.300pt;height:10.500pt;mso-position-horizontal-relative:page;mso-position-vertical-relative:page;z-index:67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fitText w:val="2484" w:id="67"/>
                    </w:rPr>
                    <w:t xml:space="preserve">................................................................</w:t>
                  </w:r>
                </w:p>
              </w:txbxContent>
            </v:textbox>
          </v:rect>
        </w:pict>
      </w:r>
      <w:r>
        <w:pict>
          <v:rect id="s68" style="position:absolute;margin-left:274.200pt;margin-top:643.571pt;width:321.100pt;height:10.500pt;mso-position-horizontal-relative:page;mso-position-vertical-relative:page;z-index:68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fitText w:val="1598" w:id="68"/>
                    </w:rPr>
                    <w:t xml:space="preserve">SI ALLEGA FOTOCOPIA:</w:t>
                  </w:r>
                </w:p>
              </w:txbxContent>
            </v:textbox>
          </v:rect>
        </w:pict>
      </w:r>
      <w:r>
        <w:pict>
          <v:rect id="s69" style="position:absolute;margin-left:302.200pt;margin-top:660.071pt;width:293.100pt;height:10.500pt;mso-position-horizontal-relative:page;mso-position-vertical-relative:page;z-index:69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fitText w:val="1300" w:id="69"/>
                    </w:rPr>
                    <w:t xml:space="preserve"> CARTA D’IDENTITÀ</w:t>
                  </w:r>
                </w:p>
              </w:txbxContent>
            </v:textbox>
          </v:rect>
        </w:pict>
      </w:r>
      <w:r>
        <w:pict>
          <v:rect id="s70" style="position:absolute;margin-left:302.200pt;margin-top:679.671pt;width:293.100pt;height:10.500pt;mso-position-horizontal-relative:page;mso-position-vertical-relative:page;z-index:70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fitText w:val="987" w:id="70"/>
                    </w:rPr>
                    <w:t xml:space="preserve"> PASSAPORTO</w:t>
                  </w:r>
                </w:p>
              </w:txbxContent>
            </v:textbox>
          </v:rect>
        </w:pict>
      </w:r>
      <w:r>
        <w:pict>
          <v:rect id="s71" style="position:absolute;margin-left:302.200pt;margin-top:699.271pt;width:293.100pt;height:10.500pt;mso-position-horizontal-relative:page;mso-position-vertical-relative:page;z-index:71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fitText w:val="663" w:id="71"/>
                    </w:rPr>
                    <w:t xml:space="preserve"> PATENTE</w:t>
                  </w:r>
                </w:p>
              </w:txbxContent>
            </v:textbox>
          </v:rect>
        </w:pict>
      </w:r>
      <w:r>
        <w:pict>
          <v:rect id="s72" style="position:absolute;margin-left:302.200pt;margin-top:718.871pt;width:293.100pt;height:10.500pt;mso-position-horizontal-relative:page;mso-position-vertical-relative:page;z-index:72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fitText w:val="2754" w:id="72"/>
                    </w:rPr>
                    <w:t xml:space="preserve"> ......................................................................</w:t>
                  </w:r>
                </w:p>
              </w:txbxContent>
            </v:textbox>
          </v:rect>
        </w:pict>
      </w:r>
      <w:r>
        <w:pict>
          <v:rect id="s73" style="position:absolute;margin-left:117.500pt;margin-top:72.401pt;width:84.500pt;height:11.600pt;mso-position-horizontal-relative:page;mso-position-vertical-relative:page;z-index:73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92" w:lineRule="exact"/>
                  </w:pP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  <w:t xml:space="preserve"> </w:t>
                  </w:r>
                  <w:r>
                    <w:rPr>
                      <w:rFonts w:ascii="Arial" w:hAnsi="Arial"/>
                      <w:sz w:val="16"/>
                    </w:rPr>
                  </w:r>
                </w:p>
              </w:txbxContent>
            </v:textbox>
          </v:rect>
        </w:pict>
      </w:r>
      <w:r>
        <w:pict>
          <v:line id="s74" style="position:absolute;mso-position-horizontal-relative:page;mso-position-vertical-relative:page;z-index:74" from="117.500pt,82.601pt" to="202.000pt,82.601pt" strokecolor="black" strokeweight="0.4pt">
            <v:stroke dashstyle="dot"/>
          </v:line>
        </w:pict>
      </w:r>
      <w:r>
        <w:pict>
          <v:rect id="s75" style="position:absolute;margin-left:386.000pt;margin-top:101.401pt;width:152.700pt;height:11.600pt;mso-position-horizontal-relative:page;mso-position-vertical-relative:page;z-index:75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92" w:lineRule="exact"/>
                  </w:pP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  <w:t xml:space="preserve"> </w:t>
                  </w:r>
                  <w:r>
                    <w:rPr>
                      <w:rFonts w:ascii="Arial" w:hAnsi="Arial"/>
                      <w:sz w:val="16"/>
                    </w:rPr>
                  </w:r>
                </w:p>
              </w:txbxContent>
            </v:textbox>
          </v:rect>
        </w:pict>
      </w:r>
      <w:r>
        <w:pict>
          <v:line id="s76" style="position:absolute;mso-position-horizontal-relative:page;mso-position-vertical-relative:page;z-index:76" from="386.000pt,111.601pt" to="538.700pt,111.601pt" strokecolor="black" strokeweight="0.4pt">
            <v:stroke dashstyle="dot"/>
          </v:line>
        </w:pict>
      </w:r>
      <w:r>
        <w:pict>
          <v:rect id="s77" style="position:absolute;margin-left:127.000pt;margin-top:118.901pt;width:181.000pt;height:11.600pt;mso-position-horizontal-relative:page;mso-position-vertical-relative:page;z-index:77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92" w:lineRule="exact"/>
                  </w:pP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  <w:t xml:space="preserve"> </w:t>
                  </w:r>
                  <w:r>
                    <w:rPr>
                      <w:rFonts w:ascii="Arial" w:hAnsi="Arial"/>
                      <w:sz w:val="16"/>
                    </w:rPr>
                  </w:r>
                </w:p>
              </w:txbxContent>
            </v:textbox>
          </v:rect>
        </w:pict>
      </w:r>
      <w:r>
        <w:pict>
          <v:line id="s78" style="position:absolute;mso-position-horizontal-relative:page;mso-position-vertical-relative:page;z-index:78" from="127.000pt,129.101pt" to="308.000pt,129.101pt" strokecolor="black" strokeweight="0.4pt">
            <v:stroke dashstyle="dot"/>
          </v:line>
        </w:pict>
      </w:r>
      <w:r>
        <w:pict>
          <v:rect id="s79" style="position:absolute;margin-left:348.000pt;margin-top:118.901pt;width:190.900pt;height:11.600pt;mso-position-horizontal-relative:page;mso-position-vertical-relative:page;z-index:79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92" w:lineRule="exact"/>
                  </w:pP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  <w:t xml:space="preserve"> </w:t>
                  </w:r>
                  <w:r>
                    <w:rPr>
                      <w:rFonts w:ascii="Arial" w:hAnsi="Arial"/>
                      <w:sz w:val="16"/>
                    </w:rPr>
                  </w:r>
                </w:p>
              </w:txbxContent>
            </v:textbox>
          </v:rect>
        </w:pict>
      </w:r>
      <w:r>
        <w:pict>
          <v:line id="s80" style="position:absolute;mso-position-horizontal-relative:page;mso-position-vertical-relative:page;z-index:80" from="348.000pt,129.101pt" to="538.900pt,129.101pt" strokecolor="black" strokeweight="0.4pt">
            <v:stroke dashstyle="dot"/>
          </v:line>
        </w:pict>
      </w:r>
      <w:r>
        <w:pict>
          <v:rect id="s81" style="position:absolute;margin-left:77.000pt;margin-top:136.401pt;width:192.000pt;height:11.600pt;mso-position-horizontal-relative:page;mso-position-vertical-relative:page;z-index:81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92" w:lineRule="exact"/>
                  </w:pP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  <w:t xml:space="preserve"> </w:t>
                  </w:r>
                  <w:r>
                    <w:rPr>
                      <w:rFonts w:ascii="Arial" w:hAnsi="Arial"/>
                      <w:sz w:val="16"/>
                    </w:rPr>
                  </w:r>
                </w:p>
              </w:txbxContent>
            </v:textbox>
          </v:rect>
        </w:pict>
      </w:r>
      <w:r>
        <w:pict>
          <v:line id="s82" style="position:absolute;mso-position-horizontal-relative:page;mso-position-vertical-relative:page;z-index:82" from="77.000pt,146.601pt" to="269.000pt,146.601pt" strokecolor="black" strokeweight="0.4pt">
            <v:stroke dashstyle="dot"/>
          </v:line>
        </w:pict>
      </w:r>
      <w:r>
        <w:pict>
          <v:rect id="s83" style="position:absolute;margin-left:367.500pt;margin-top:136.401pt;width:119.000pt;height:11.600pt;mso-position-horizontal-relative:page;mso-position-vertical-relative:page;z-index:83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92" w:lineRule="exact"/>
                  </w:pP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  <w:t xml:space="preserve"> </w:t>
                  </w:r>
                  <w:r>
                    <w:rPr>
                      <w:rFonts w:ascii="Arial" w:hAnsi="Arial"/>
                      <w:sz w:val="16"/>
                    </w:rPr>
                  </w:r>
                </w:p>
              </w:txbxContent>
            </v:textbox>
          </v:rect>
        </w:pict>
      </w:r>
      <w:r>
        <w:pict>
          <v:line id="s84" style="position:absolute;mso-position-horizontal-relative:page;mso-position-vertical-relative:page;z-index:84" from="367.500pt,146.601pt" to="486.500pt,146.601pt" strokecolor="black" strokeweight="0.4pt">
            <v:stroke dashstyle="dot"/>
          </v:line>
        </w:pict>
      </w:r>
      <w:r>
        <w:pict>
          <v:rect id="s85" style="position:absolute;margin-left:168.500pt;margin-top:153.901pt;width:370.400pt;height:11.600pt;mso-position-horizontal-relative:page;mso-position-vertical-relative:page;z-index:85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92" w:lineRule="exact"/>
                  </w:pP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  <w:t xml:space="preserve"> </w:t>
                  </w:r>
                  <w:r>
                    <w:rPr>
                      <w:rFonts w:ascii="Arial" w:hAnsi="Arial"/>
                      <w:sz w:val="16"/>
                    </w:rPr>
                  </w:r>
                </w:p>
              </w:txbxContent>
            </v:textbox>
          </v:rect>
        </w:pict>
      </w:r>
      <w:r>
        <w:pict>
          <v:line id="s86" style="position:absolute;mso-position-horizontal-relative:page;mso-position-vertical-relative:page;z-index:86" from="168.500pt,164.101pt" to="538.900pt,164.101pt" strokecolor="black" strokeweight="0.4pt">
            <v:stroke dashstyle="dot"/>
          </v:line>
        </w:pict>
      </w:r>
      <w:r>
        <w:pict>
          <v:rect id="s87" style="position:absolute;margin-left:379.000pt;margin-top:188.901pt;width:159.000pt;height:11.600pt;mso-position-horizontal-relative:page;mso-position-vertical-relative:page;z-index:87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92" w:lineRule="exact"/>
                  </w:pP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  <w:t xml:space="preserve"> </w:t>
                  </w:r>
                  <w:r>
                    <w:rPr>
                      <w:rFonts w:ascii="Arial" w:hAnsi="Arial"/>
                      <w:sz w:val="16"/>
                    </w:rPr>
                  </w:r>
                </w:p>
              </w:txbxContent>
            </v:textbox>
          </v:rect>
        </w:pict>
      </w:r>
      <w:r>
        <w:pict>
          <v:line id="s88" style="position:absolute;mso-position-horizontal-relative:page;mso-position-vertical-relative:page;z-index:88" from="379.000pt,199.101pt" to="538.000pt,199.101pt" strokecolor="black" strokeweight="0.4pt">
            <v:stroke dashstyle="dot"/>
          </v:line>
        </w:pict>
      </w:r>
      <w:r>
        <w:pict>
          <v:rect id="s89" style="position:absolute;margin-left:84.500pt;margin-top:210.401pt;width:30.500pt;height:11.600pt;mso-position-horizontal-relative:page;mso-position-vertical-relative:page;z-index:89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92" w:lineRule="exact"/>
                  </w:pP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  <w:t xml:space="preserve"> </w:t>
                  </w:r>
                  <w:r>
                    <w:rPr>
                      <w:rFonts w:ascii="Arial" w:hAnsi="Arial"/>
                      <w:sz w:val="16"/>
                    </w:rPr>
                  </w:r>
                </w:p>
              </w:txbxContent>
            </v:textbox>
          </v:rect>
        </w:pict>
      </w:r>
      <w:r>
        <w:pict>
          <v:line id="s90" style="position:absolute;mso-position-horizontal-relative:page;mso-position-vertical-relative:page;z-index:90" from="84.500pt,220.601pt" to="115.000pt,220.601pt" strokecolor="black" strokeweight="0.4pt">
            <v:stroke dashstyle="dot"/>
          </v:line>
        </w:pict>
      </w:r>
      <w:r>
        <w:pict>
          <v:rect id="s91" style="position:absolute;margin-left:140.500pt;margin-top:210.401pt;width:46.000pt;height:11.600pt;mso-position-horizontal-relative:page;mso-position-vertical-relative:page;z-index:91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92" w:lineRule="exact"/>
                  </w:pP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  <w:t xml:space="preserve"> </w:t>
                  </w:r>
                  <w:r>
                    <w:rPr>
                      <w:rFonts w:ascii="Arial" w:hAnsi="Arial"/>
                      <w:sz w:val="16"/>
                    </w:rPr>
                  </w:r>
                </w:p>
              </w:txbxContent>
            </v:textbox>
          </v:rect>
        </w:pict>
      </w:r>
      <w:r>
        <w:pict>
          <v:line id="s92" style="position:absolute;mso-position-horizontal-relative:page;mso-position-vertical-relative:page;z-index:92" from="140.500pt,220.601pt" to="186.500pt,220.601pt" strokecolor="black" strokeweight="0.4pt">
            <v:stroke dashstyle="dot"/>
          </v:line>
        </w:pict>
      </w:r>
      <w:r>
        <w:pict>
          <v:rect id="s93" style="position:absolute;margin-left:229.500pt;margin-top:210.401pt;width:210.500pt;height:11.600pt;mso-position-horizontal-relative:page;mso-position-vertical-relative:page;z-index:93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92" w:lineRule="exact"/>
                  </w:pP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  <w:t xml:space="preserve"> </w:t>
                  </w:r>
                  <w:r>
                    <w:rPr>
                      <w:rFonts w:ascii="Arial" w:hAnsi="Arial"/>
                      <w:sz w:val="16"/>
                    </w:rPr>
                  </w:r>
                </w:p>
              </w:txbxContent>
            </v:textbox>
          </v:rect>
        </w:pict>
      </w:r>
      <w:r>
        <w:pict>
          <v:line id="s94" style="position:absolute;mso-position-horizontal-relative:page;mso-position-vertical-relative:page;z-index:94" from="229.500pt,220.601pt" to="440.000pt,220.601pt" strokecolor="black" strokeweight="0.4pt">
            <v:stroke dashstyle="dot"/>
          </v:line>
        </w:pict>
      </w:r>
      <w:r>
        <w:pict>
          <v:rect id="s95" style="position:absolute;margin-left:457.500pt;margin-top:210.401pt;width:81.100pt;height:11.600pt;mso-position-horizontal-relative:page;mso-position-vertical-relative:page;z-index:95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92" w:lineRule="exact"/>
                  </w:pP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  <w:t xml:space="preserve"> </w:t>
                  </w:r>
                  <w:r>
                    <w:rPr>
                      <w:rFonts w:ascii="Arial" w:hAnsi="Arial"/>
                      <w:sz w:val="16"/>
                    </w:rPr>
                  </w:r>
                </w:p>
              </w:txbxContent>
            </v:textbox>
          </v:rect>
        </w:pict>
      </w:r>
      <w:r>
        <w:pict>
          <v:line id="s96" style="position:absolute;mso-position-horizontal-relative:page;mso-position-vertical-relative:page;z-index:96" from="457.500pt,220.601pt" to="538.600pt,220.601pt" strokecolor="black" strokeweight="0.4pt">
            <v:stroke dashstyle="dot"/>
          </v:line>
        </w:pict>
      </w:r>
      <w:r>
        <w:pict>
          <v:rect id="s97" style="position:absolute;margin-left:79.000pt;margin-top:231.901pt;width:116.300pt;height:11.600pt;mso-position-horizontal-relative:page;mso-position-vertical-relative:page;z-index:97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92" w:lineRule="exact"/>
                  </w:pP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  <w:t xml:space="preserve"> </w:t>
                  </w:r>
                  <w:r>
                    <w:rPr>
                      <w:rFonts w:ascii="Arial" w:hAnsi="Arial"/>
                      <w:sz w:val="16"/>
                    </w:rPr>
                  </w:r>
                </w:p>
              </w:txbxContent>
            </v:textbox>
          </v:rect>
        </w:pict>
      </w:r>
      <w:r>
        <w:pict>
          <v:line id="s98" style="position:absolute;mso-position-horizontal-relative:page;mso-position-vertical-relative:page;z-index:98" from="79.000pt,242.101pt" to="195.300pt,242.101pt" strokecolor="black" strokeweight="0.4pt">
            <v:stroke dashstyle="dot"/>
          </v:line>
        </w:pict>
      </w:r>
      <w:r>
        <w:pict>
          <v:rect id="s99" style="position:absolute;margin-left:250.800pt;margin-top:231.901pt;width:287.500pt;height:11.600pt;mso-position-horizontal-relative:page;mso-position-vertical-relative:page;z-index:99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92" w:lineRule="exact"/>
                  </w:pP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  <w:t xml:space="preserve"> </w:t>
                  </w:r>
                  <w:r>
                    <w:rPr>
                      <w:rFonts w:ascii="Arial" w:hAnsi="Arial"/>
                      <w:sz w:val="16"/>
                    </w:rPr>
                  </w:r>
                </w:p>
              </w:txbxContent>
            </v:textbox>
          </v:rect>
        </w:pict>
      </w:r>
      <w:r>
        <w:pict>
          <v:line id="s100" style="position:absolute;mso-position-horizontal-relative:page;mso-position-vertical-relative:page;z-index:100" from="250.800pt,242.101pt" to="538.300pt,242.101pt" strokecolor="black" strokeweight="0.4pt">
            <v:stroke dashstyle="dot"/>
          </v:line>
        </w:pict>
      </w:r>
      <w:r>
        <w:pict>
          <v:rect id="s101" style="position:absolute;margin-left:59.300pt;margin-top:253.000pt;width:9.600pt;height:10.600pt;mso-position-horizontal-relative:page;mso-position-vertical-relative:page;z-index:101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16" w:lineRule="exact"/>
                  </w:pP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DejaVu Sans" w:hAnsi="DejaVu Sans"/>
                      <w:sz w:val="18"/>
                    </w:rPr>
                    <w:t xml:space="preserve">☐</w:t>
                  </w:r>
                  <w:r>
                    <w:rPr>
                      <w:rFonts w:ascii="Arial" w:hAnsi="Arial"/>
                      <w:sz w:val="18"/>
                    </w:rPr>
                  </w:r>
                </w:p>
              </w:txbxContent>
            </v:textbox>
          </v:rect>
        </w:pict>
      </w:r>
      <w:r>
        <w:pict>
          <v:rect id="s102" style="position:absolute;margin-left:59.300pt;margin-top:288.800pt;width:9.600pt;height:10.600pt;mso-position-horizontal-relative:page;mso-position-vertical-relative:page;z-index:102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16" w:lineRule="exact"/>
                  </w:pP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DejaVu Sans" w:hAnsi="DejaVu Sans"/>
                      <w:sz w:val="18"/>
                    </w:rPr>
                    <w:t xml:space="preserve">☐</w:t>
                  </w:r>
                  <w:r>
                    <w:rPr>
                      <w:rFonts w:ascii="Arial" w:hAnsi="Arial"/>
                      <w:sz w:val="18"/>
                    </w:rPr>
                  </w:r>
                </w:p>
              </w:txbxContent>
            </v:textbox>
          </v:rect>
        </w:pict>
      </w:r>
      <w:r>
        <w:pict>
          <v:rect id="s103" style="position:absolute;margin-left:59.300pt;margin-top:313.000pt;width:9.600pt;height:10.600pt;mso-position-horizontal-relative:page;mso-position-vertical-relative:page;z-index:103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16" w:lineRule="exact"/>
                  </w:pP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DejaVu Sans" w:hAnsi="DejaVu Sans"/>
                      <w:sz w:val="18"/>
                    </w:rPr>
                    <w:t xml:space="preserve">☐</w:t>
                  </w:r>
                  <w:r>
                    <w:rPr>
                      <w:rFonts w:ascii="Arial" w:hAnsi="Arial"/>
                      <w:sz w:val="18"/>
                    </w:rPr>
                  </w:r>
                </w:p>
              </w:txbxContent>
            </v:textbox>
          </v:rect>
        </w:pict>
      </w:r>
      <w:r>
        <w:pict>
          <v:rect id="s104" style="position:absolute;margin-left:341.500pt;margin-top:575.101pt;width:180.500pt;height:11.600pt;mso-position-horizontal-relative:page;mso-position-vertical-relative:page;z-index:104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92" w:lineRule="exact"/>
                  </w:pP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  <w:t xml:space="preserve"> </w:t>
                  </w:r>
                  <w:r>
                    <w:rPr>
                      <w:rFonts w:ascii="Arial" w:hAnsi="Arial"/>
                      <w:sz w:val="16"/>
                    </w:rPr>
                  </w:r>
                </w:p>
              </w:txbxContent>
            </v:textbox>
          </v:rect>
        </w:pict>
      </w:r>
      <w:r>
        <w:pict>
          <v:line id="s105" style="position:absolute;mso-position-horizontal-relative:page;mso-position-vertical-relative:page;z-index:105" from="341.500pt,585.301pt" to="522.000pt,585.301pt" strokecolor="black" strokeweight="0.4pt">
            <v:stroke dashstyle="dot"/>
          </v:line>
        </w:pict>
      </w:r>
      <w:r>
        <w:pict>
          <v:rect id="s106" style="position:absolute;margin-left:68.500pt;margin-top:660.876pt;width:78.000pt;height:10.875pt;mso-position-horizontal-relative:page;mso-position-vertical-relative:page;z-index:106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80" w:lineRule="exact"/>
                  </w:pPr>
                  <w:r>
                    <w:rPr>
                      <w:rFonts w:ascii="Arial" w:hAnsi="Arial"/>
                      <w:sz w:val="15"/>
                    </w:rPr>
                  </w:r>
                  <w:r>
                    <w:rPr>
                      <w:rFonts w:ascii="Arial" w:hAnsi="Arial"/>
                      <w:sz w:val="15"/>
                    </w:rPr>
                  </w:r>
                  <w:r>
                    <w:rPr>
                      <w:rFonts w:ascii="Arial" w:hAnsi="Arial"/>
                      <w:sz w:val="15"/>
                    </w:rPr>
                  </w:r>
                  <w:r>
                    <w:rPr>
                      <w:rFonts w:ascii="Arial" w:hAnsi="Arial"/>
                      <w:sz w:val="15"/>
                    </w:rPr>
                    <w:t xml:space="preserve"> </w:t>
                  </w:r>
                  <w:r>
                    <w:rPr>
                      <w:rFonts w:ascii="Arial" w:hAnsi="Arial"/>
                      <w:sz w:val="15"/>
                    </w:rPr>
                  </w:r>
                </w:p>
              </w:txbxContent>
            </v:textbox>
          </v:rect>
        </w:pict>
      </w:r>
      <w:r>
        <w:pict>
          <v:line id="s107" style="position:absolute;mso-position-horizontal-relative:page;mso-position-vertical-relative:page;z-index:107" from="68.500pt,670.451pt" to="146.500pt,670.451pt" strokecolor="black" strokeweight="0.4pt">
            <v:stroke dashstyle="dot"/>
          </v:line>
        </w:pict>
      </w:r>
      <w:r>
        <w:pict>
          <v:rect id="s108" style="position:absolute;margin-left:138.800pt;margin-top:695.626pt;width:124.700pt;height:10.875pt;mso-position-horizontal-relative:page;mso-position-vertical-relative:page;z-index:108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80" w:lineRule="exact"/>
                  </w:pPr>
                  <w:r>
                    <w:rPr>
                      <w:rFonts w:ascii="Arial" w:hAnsi="Arial"/>
                      <w:sz w:val="15"/>
                    </w:rPr>
                  </w:r>
                  <w:r>
                    <w:rPr>
                      <w:rFonts w:ascii="Arial" w:hAnsi="Arial"/>
                      <w:sz w:val="15"/>
                    </w:rPr>
                  </w:r>
                  <w:r>
                    <w:rPr>
                      <w:rFonts w:ascii="Arial" w:hAnsi="Arial"/>
                      <w:sz w:val="15"/>
                    </w:rPr>
                  </w:r>
                  <w:r>
                    <w:rPr>
                      <w:rFonts w:ascii="Arial" w:hAnsi="Arial"/>
                      <w:sz w:val="15"/>
                    </w:rPr>
                    <w:t xml:space="preserve"> </w:t>
                  </w:r>
                  <w:r>
                    <w:rPr>
                      <w:rFonts w:ascii="Arial" w:hAnsi="Arial"/>
                      <w:sz w:val="15"/>
                    </w:rPr>
                  </w:r>
                </w:p>
              </w:txbxContent>
            </v:textbox>
          </v:rect>
        </w:pict>
      </w:r>
      <w:r>
        <w:pict>
          <v:line id="s109" style="position:absolute;mso-position-horizontal-relative:page;mso-position-vertical-relative:page;z-index:109" from="138.800pt,705.201pt" to="263.500pt,705.201pt" strokecolor="black" strokeweight="0.4pt">
            <v:stroke dashstyle="dot"/>
          </v:line>
        </w:pict>
      </w:r>
      <w:r>
        <w:pict>
          <v:rect id="s110" style="position:absolute;margin-left:289.550pt;margin-top:656.650pt;width:11.300pt;height:11.300pt;mso-position-horizontal-relative:page;mso-position-vertical-relative:page;z-index:110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16" w:lineRule="exact"/>
                  </w:pP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DejaVu Sans" w:hAnsi="DejaVu Sans"/>
                      <w:sz w:val="18"/>
                    </w:rPr>
                    <w:t xml:space="preserve">☐</w:t>
                  </w:r>
                  <w:r>
                    <w:rPr>
                      <w:rFonts w:ascii="Arial" w:hAnsi="Arial"/>
                      <w:sz w:val="18"/>
                    </w:rPr>
                  </w:r>
                </w:p>
              </w:txbxContent>
            </v:textbox>
          </v:rect>
        </w:pict>
      </w:r>
      <w:r>
        <w:pict>
          <v:rect id="s111" style="position:absolute;margin-left:289.550pt;margin-top:676.250pt;width:11.300pt;height:11.300pt;mso-position-horizontal-relative:page;mso-position-vertical-relative:page;z-index:111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16" w:lineRule="exact"/>
                  </w:pP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DejaVu Sans" w:hAnsi="DejaVu Sans"/>
                      <w:sz w:val="18"/>
                    </w:rPr>
                    <w:t xml:space="preserve">☐</w:t>
                  </w:r>
                  <w:r>
                    <w:rPr>
                      <w:rFonts w:ascii="Arial" w:hAnsi="Arial"/>
                      <w:sz w:val="18"/>
                    </w:rPr>
                  </w:r>
                </w:p>
              </w:txbxContent>
            </v:textbox>
          </v:rect>
        </w:pict>
      </w:r>
      <w:r>
        <w:pict>
          <v:rect id="s112" style="position:absolute;margin-left:289.550pt;margin-top:695.850pt;width:11.300pt;height:11.300pt;mso-position-horizontal-relative:page;mso-position-vertical-relative:page;z-index:112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16" w:lineRule="exact"/>
                  </w:pP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DejaVu Sans" w:hAnsi="DejaVu Sans"/>
                      <w:sz w:val="18"/>
                    </w:rPr>
                    <w:t xml:space="preserve">☐</w:t>
                  </w:r>
                  <w:r>
                    <w:rPr>
                      <w:rFonts w:ascii="Arial" w:hAnsi="Arial"/>
                      <w:sz w:val="18"/>
                    </w:rPr>
                  </w:r>
                </w:p>
              </w:txbxContent>
            </v:textbox>
          </v:rect>
        </w:pict>
      </w:r>
      <w:r>
        <w:pict>
          <v:rect id="s113" style="position:absolute;margin-left:289.550pt;margin-top:715.450pt;width:11.300pt;height:11.300pt;mso-position-horizontal-relative:page;mso-position-vertical-relative:page;z-index:113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16" w:lineRule="exact"/>
                  </w:pP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DejaVu Sans" w:hAnsi="DejaVu Sans"/>
                      <w:sz w:val="18"/>
                    </w:rPr>
                    <w:t xml:space="preserve">☐</w:t>
                  </w:r>
                  <w:r>
                    <w:rPr>
                      <w:rFonts w:ascii="Arial" w:hAnsi="Arial"/>
                      <w:sz w:val="18"/>
                    </w:rPr>
                  </w:r>
                </w:p>
              </w:txbxContent>
            </v:textbox>
          </v:rect>
        </w:pict>
      </w:r>
      <w:r>
        <w:pict>
          <v:rect id="s114" style="position:absolute;margin-left:303.500pt;margin-top:716.076pt;width:136.500pt;height:10.875pt;mso-position-horizontal-relative:page;mso-position-vertical-relative:page;z-index:114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80" w:lineRule="exact"/>
                  </w:pPr>
                  <w:r>
                    <w:rPr>
                      <w:rFonts w:ascii="Arial" w:hAnsi="Arial"/>
                      <w:sz w:val="15"/>
                    </w:rPr>
                  </w:r>
                  <w:r>
                    <w:rPr>
                      <w:rFonts w:ascii="Arial" w:hAnsi="Arial"/>
                      <w:sz w:val="15"/>
                    </w:rPr>
                  </w:r>
                  <w:r>
                    <w:rPr>
                      <w:rFonts w:ascii="Arial" w:hAnsi="Arial"/>
                      <w:sz w:val="15"/>
                    </w:rPr>
                  </w:r>
                  <w:r>
                    <w:rPr>
                      <w:rFonts w:ascii="Arial" w:hAnsi="Arial"/>
                      <w:sz w:val="15"/>
                    </w:rPr>
                    <w:t xml:space="preserve"> </w:t>
                  </w:r>
                  <w:r>
                    <w:rPr>
                      <w:rFonts w:ascii="Arial" w:hAnsi="Arial"/>
                      <w:sz w:val="15"/>
                    </w:rPr>
                  </w:r>
                </w:p>
              </w:txbxContent>
            </v:textbox>
          </v:rect>
        </w:pict>
      </w:r>
      <w:r>
        <w:pict>
          <v:line id="s115" style="position:absolute;mso-position-horizontal-relative:page;mso-position-vertical-relative:page;z-index:115" from="303.500pt,725.651pt" to="440.000pt,725.651pt" strokecolor="black" strokeweight="0.4pt">
            <v:stroke dashstyle="dot"/>
          </v:line>
        </w:pict>
      </w:r>
      <w:r>
        <w:pict>
          <v:rect id="s116" style="position:absolute;margin-left:56.500pt;margin-top:368.851pt;width:481.700pt;height:11.600pt;mso-position-horizontal-relative:page;mso-position-vertical-relative:page;z-index:116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92" w:lineRule="exact"/>
                  </w:pP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  <w:t xml:space="preserve"> </w:t>
                  </w:r>
                  <w:r>
                    <w:rPr>
                      <w:rFonts w:ascii="Arial" w:hAnsi="Arial"/>
                      <w:sz w:val="16"/>
                    </w:rPr>
                  </w:r>
                </w:p>
              </w:txbxContent>
            </v:textbox>
          </v:rect>
        </w:pict>
      </w:r>
      <w:r>
        <w:pict>
          <v:line id="s117" style="position:absolute;mso-position-horizontal-relative:page;mso-position-vertical-relative:page;z-index:117" from="56.500pt,379.051pt" to="538.200pt,379.051pt" strokecolor="black" strokeweight="0.4pt">
            <v:stroke dashstyle="dot"/>
          </v:line>
        </w:pict>
      </w:r>
      <w:r>
        <w:pict>
          <v:rect id="s118" style="position:absolute;margin-left:56.500pt;margin-top:394.651pt;width:481.700pt;height:11.600pt;mso-position-horizontal-relative:page;mso-position-vertical-relative:page;z-index:118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92" w:lineRule="exact"/>
                  </w:pP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  <w:t xml:space="preserve"> </w:t>
                  </w:r>
                  <w:r>
                    <w:rPr>
                      <w:rFonts w:ascii="Arial" w:hAnsi="Arial"/>
                      <w:sz w:val="16"/>
                    </w:rPr>
                  </w:r>
                </w:p>
              </w:txbxContent>
            </v:textbox>
          </v:rect>
        </w:pict>
      </w:r>
      <w:r>
        <w:pict>
          <v:line id="s119" style="position:absolute;mso-position-horizontal-relative:page;mso-position-vertical-relative:page;z-index:119" from="56.500pt,404.851pt" to="538.200pt,404.851pt" strokecolor="black" strokeweight="0.4pt">
            <v:stroke dashstyle="dot"/>
          </v:line>
        </w:pict>
      </w:r>
      <w:r>
        <w:pict>
          <v:rect id="s120" style="position:absolute;margin-left:56.500pt;margin-top:529.051pt;width:481.700pt;height:11.600pt;mso-position-horizontal-relative:page;mso-position-vertical-relative:page;z-index:120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92" w:lineRule="exact"/>
                  </w:pP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  <w:t xml:space="preserve"> </w:t>
                  </w:r>
                  <w:r>
                    <w:rPr>
                      <w:rFonts w:ascii="Arial" w:hAnsi="Arial"/>
                      <w:sz w:val="16"/>
                    </w:rPr>
                  </w:r>
                </w:p>
              </w:txbxContent>
            </v:textbox>
          </v:rect>
        </w:pict>
      </w:r>
      <w:r>
        <w:pict>
          <v:line id="s121" style="position:absolute;mso-position-horizontal-relative:page;mso-position-vertical-relative:page;z-index:121" from="56.500pt,539.251pt" to="538.200pt,539.251pt" strokecolor="black" strokeweight="0.4pt">
            <v:stroke dashstyle="dot"/>
          </v:line>
        </w:pict>
      </w:r>
    </w:p>
    <w:sectPr w:rsidR="00FC693F" w:rsidRPr="0006063C" w:rsidSect="00034616">
      <w:pgSz w:w="11906" w:h="16838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