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0" w:lineRule="exact"/>
      </w:pPr>
      <w:r>
        <w:pict>
          <v:line id="s122" style="position:absolute;mso-position-horizontal-relative:page;mso-position-vertical-relative:page;z-index:122" from="167.950pt,59.401pt" to="427.550pt,59.401pt" strokecolor="black" strokeweight="0.8999999761581421pt"/>
        </w:pict>
      </w:r>
      <w:r>
        <w:pict>
          <v:rect id="s123" style="position:absolute;margin-left:286.250pt;margin-top:676.051pt;width:11.300pt;height:11.300pt;mso-position-horizontal-relative:page;mso-position-vertical-relative:page;z-index:123" filled="f" fillcolor="white" stroked="t" strokecolor="black" strokeweight=".4pt"/>
        </w:pict>
      </w:r>
      <w:r>
        <w:pict>
          <v:rect id="s124" style="position:absolute;margin-left:286.250pt;margin-top:695.651pt;width:11.300pt;height:11.300pt;mso-position-horizontal-relative:page;mso-position-vertical-relative:page;z-index:124" filled="f" fillcolor="white" stroked="t" strokecolor="black" strokeweight=".4pt"/>
        </w:pict>
      </w:r>
      <w:r>
        <w:pict>
          <v:rect id="s125" style="position:absolute;margin-left:286.250pt;margin-top:715.251pt;width:11.300pt;height:11.300pt;mso-position-horizontal-relative:page;mso-position-vertical-relative:page;z-index:125" filled="f" fillcolor="white" stroked="t" strokecolor="black" strokeweight=".4pt"/>
        </w:pict>
      </w:r>
      <w:r>
        <w:pict>
          <v:rect id="s126" style="position:absolute;margin-left:286.250pt;margin-top:734.851pt;width:11.300pt;height:11.300pt;mso-position-horizontal-relative:page;mso-position-vertical-relative:page;z-index:126" filled="f" fillcolor="white" stroked="t" strokecolor="black" strokeweight=".4pt"/>
        </w:pict>
      </w:r>
      <w:r>
        <w:pict>
          <v:line id="s127" style="position:absolute;mso-position-horizontal-relative:page;mso-position-vertical-relative:page;z-index:127" from="56.450pt,626.051pt" to="543.350pt,626.051pt" strokecolor="black" strokeweight="0.5pt"/>
        </w:pict>
      </w:r>
      <w:r>
        <w:pict>
          <v:line id="s128" style="position:absolute;mso-position-horizontal-relative:page;mso-position-vertical-relative:page;z-index:128" from="56.950pt,656.751pt" to="542.850pt,656.751pt" strokecolor="black" strokeweight="0.5pt"/>
        </w:pict>
      </w:r>
      <w:r>
        <w:pict>
          <v:line id="s129" style="position:absolute;mso-position-horizontal-relative:page;mso-position-vertical-relative:page;z-index:129" from="56.450pt,754.551pt" to="543.350pt,754.551pt" strokecolor="black" strokeweight="0.5pt"/>
        </w:pict>
      </w:r>
      <w:r>
        <w:pict>
          <v:line id="s130" style="position:absolute;mso-position-horizontal-relative:page;mso-position-vertical-relative:page;z-index:130" from="56.700pt,625.801pt" to="56.700pt,754.801pt" strokecolor="black" strokeweight="0.5pt"/>
        </w:pict>
      </w:r>
      <w:r>
        <w:pict>
          <v:line id="s131" style="position:absolute;mso-position-horizontal-relative:page;mso-position-vertical-relative:page;z-index:131" from="267.700pt,656.501pt" to="267.700pt,754.301pt" strokecolor="black" strokeweight="0.5pt"/>
        </w:pict>
      </w:r>
      <w:r>
        <w:pict>
          <v:line id="s132" style="position:absolute;mso-position-horizontal-relative:page;mso-position-vertical-relative:page;z-index:132" from="543.100pt,625.801pt" to="543.100pt,754.801pt" strokecolor="black" strokeweight="0.5pt"/>
        </w:pict>
      </w:r>
      <w:r>
        <w:pict>
          <v:line id="s133" style="position:absolute;mso-position-horizontal-relative:page;mso-position-vertical-relative:page;z-index:133" from="92.200pt,808.051pt" to="151.900pt,808.051pt" strokecolor="black" strokeweight="0.5pt"/>
        </w:pict>
      </w:r>
      <w:r>
        <w:pict>
          <v:rect id="s134" style="position:absolute;margin-left:167.950pt;margin-top:42.561pt;width:427.350pt;height:24.000pt;mso-position-horizontal-relative:page;mso-position-vertical-relative:page;z-index:13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384" w:lineRule="exact"/>
                  </w:pPr>
                  <w:r>
                    <w:rPr>
                      <w:rFonts w:ascii="Arial" w:hAnsi="Arial"/>
                      <w:sz w:val="32"/>
                      <w:b/>
                      <w:fitText w:val="5188" w:id="134"/>
                    </w:rPr>
                    <w:t xml:space="preserve">Istanza dell’accesso generalizzato</w:t>
                  </w:r>
                </w:p>
              </w:txbxContent>
            </v:textbox>
          </v:rect>
        </w:pict>
      </w:r>
      <w:r>
        <w:pict>
          <v:rect id="s135" style="position:absolute;margin-left:56.800pt;margin-top:73.001pt;width:538.500pt;height:15.000pt;mso-position-horizontal-relative:page;mso-position-vertical-relative:page;z-index:13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2899" w:id="135"/>
                    </w:rPr>
                    <w:t xml:space="preserve">Luogo e data ………....………….</w:t>
                  </w:r>
                </w:p>
              </w:txbxContent>
            </v:textbox>
          </v:rect>
        </w:pict>
      </w:r>
      <w:r>
        <w:pict>
          <v:rect id="s136" style="position:absolute;margin-left:375.750pt;margin-top:96.501pt;width:219.550pt;height:15.000pt;mso-position-horizontal-relative:page;mso-position-vertical-relative:page;z-index:13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99" w:id="136"/>
                    </w:rPr>
                    <w:t xml:space="preserve">Al comune </w:t>
                  </w:r>
                </w:p>
              </w:txbxContent>
            </v:textbox>
          </v:rect>
        </w:pict>
      </w:r>
      <w:r>
        <w:pict>
          <v:rect id="s137" style="position:absolute;margin-left:375.750pt;margin-top:120.001pt;width:219.550pt;height:15.000pt;mso-position-horizontal-relative:page;mso-position-vertical-relative:page;z-index:13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3256" w:id="137"/>
                    </w:rPr>
                    <w:t xml:space="preserve">di .......................................................</w:t>
                  </w:r>
                </w:p>
              </w:txbxContent>
            </v:textbox>
          </v:rect>
        </w:pict>
      </w:r>
      <w:r>
        <w:pict>
          <v:rect id="s138" style="position:absolute;margin-left:56.800pt;margin-top:149.501pt;width:538.500pt;height:15.000pt;mso-position-horizontal-relative:page;mso-position-vertical-relative:page;z-index:13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33" w:id="138"/>
                    </w:rPr>
                    <w:t xml:space="preserve">Io sottoscritto/a ………………….…………………….......…. nato/a il 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139" style="position:absolute;margin-left:56.800pt;margin-top:173.001pt;width:538.500pt;height:15.000pt;mso-position-horizontal-relative:page;mso-position-vertical-relative:page;z-index:13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9" w:id="139"/>
                    </w:rPr>
                    <w:t xml:space="preserve">C.F. …………………………………………………in (comune di nascita) ………….....................…… e residente</w:t>
                  </w:r>
                </w:p>
              </w:txbxContent>
            </v:textbox>
          </v:rect>
        </w:pict>
      </w:r>
      <w:r>
        <w:pict>
          <v:rect id="s140" style="position:absolute;margin-left:56.800pt;margin-top:196.501pt;width:538.500pt;height:15.000pt;mso-position-horizontal-relative:page;mso-position-vertical-relative:page;z-index:14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40" w:id="140"/>
                    </w:rPr>
                    <w:t xml:space="preserve">in (comune di residenza) 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141" style="position:absolute;margin-left:271.950pt;margin-top:218.001pt;width:323.350pt;height:15.000pt;mso-position-horizontal-relative:page;mso-position-vertical-relative:page;z-index:14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fitText w:val="1032" w:id="141"/>
                    </w:rPr>
                    <w:t xml:space="preserve">CHIEDO DI</w:t>
                  </w:r>
                </w:p>
              </w:txbxContent>
            </v:textbox>
          </v:rect>
        </w:pict>
      </w:r>
      <w:r>
        <w:pict>
          <v:rect id="s142" style="position:absolute;margin-left:56.800pt;margin-top:239.501pt;width:538.500pt;height:15.000pt;mso-position-horizontal-relative:page;mso-position-vertical-relative:page;z-index:14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2" w:id="142"/>
                    </w:rPr>
                    <w:t xml:space="preserve">Ricevere documenti e comunicazioni relative alla presente istanza in Via .........................................................</w:t>
                  </w:r>
                </w:p>
              </w:txbxContent>
            </v:textbox>
          </v:rect>
        </w:pict>
      </w:r>
      <w:r>
        <w:pict>
          <v:rect id="s143" style="position:absolute;margin-left:56.800pt;margin-top:261.001pt;width:538.500pt;height:15.000pt;mso-position-horizontal-relative:page;mso-position-vertical-relative:page;z-index:14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33" w:id="143"/>
                    </w:rPr>
                    <w:t xml:space="preserve">n. civ. ……… CAP ………….. Comune ……………………………………………………… Tel .............................</w:t>
                  </w:r>
                </w:p>
              </w:txbxContent>
            </v:textbox>
          </v:rect>
        </w:pict>
      </w:r>
      <w:r>
        <w:pict>
          <v:rect id="s144" style="position:absolute;margin-left:56.800pt;margin-top:282.501pt;width:538.500pt;height:15.000pt;mso-position-horizontal-relative:page;mso-position-vertical-relative:page;z-index:14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8" w:id="144"/>
                    </w:rPr>
                    <w:t xml:space="preserve">Cell. …………………………….. e-mail/PEC 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145" style="position:absolute;margin-left:60.250pt;margin-top:302.821pt;width:535.050pt;height:18.000pt;mso-position-horizontal-relative:page;mso-position-vertical-relative:page;z-index:14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88" w:lineRule="exact"/>
                  </w:pPr>
                  <w:r>
                    <w:rPr>
                      <w:rFonts w:ascii="Arial" w:hAnsi="Arial"/>
                      <w:sz w:val="24"/>
                      <w:fitText w:val="216" w:id="145"/>
                    </w:rPr>
                    <w:t xml:space="preserve">☐</w:t>
                  </w:r>
                </w:p>
              </w:txbxContent>
            </v:textbox>
          </v:rect>
        </w:pict>
      </w:r>
      <w:r>
        <w:pict>
          <v:rect id="s146" style="position:absolute;margin-left:78.100pt;margin-top:304.701pt;width:517.200pt;height:15.000pt;mso-position-horizontal-relative:page;mso-position-vertical-relative:page;z-index:14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268" w:id="146"/>
                    </w:rPr>
                    <w:t xml:space="preserve">Poter consultare i seguenti documenti, ulteriori a quelli che devono essere pubblicati nell’apposita </w:t>
                  </w:r>
                </w:p>
              </w:txbxContent>
            </v:textbox>
          </v:rect>
        </w:pict>
      </w:r>
      <w:r>
        <w:pict>
          <v:rect id="s147" style="position:absolute;margin-left:78.100pt;margin-top:316.701pt;width:517.200pt;height:15.000pt;mso-position-horizontal-relative:page;mso-position-vertical-relative:page;z-index:14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4421" w:id="147"/>
                    </w:rPr>
                    <w:t xml:space="preserve">sezione del sito internet istituzionale denominata “</w:t>
                  </w:r>
                </w:p>
              </w:txbxContent>
            </v:textbox>
          </v:rect>
        </w:pict>
      </w:r>
      <w:r>
        <w:pict>
          <v:rect id="s148" style="position:absolute;margin-left:299.300pt;margin-top:316.701pt;width:296.000pt;height:15.000pt;mso-position-horizontal-relative:page;mso-position-vertical-relative:page;z-index:14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i/>
                      <w:fitText w:val="3427" w:id="148"/>
                    </w:rPr>
                    <w:t xml:space="preserve">AMMINISTRAZIONE TRASPARENTE</w:t>
                  </w:r>
                </w:p>
              </w:txbxContent>
            </v:textbox>
          </v:rect>
        </w:pict>
      </w:r>
      <w:r>
        <w:pict>
          <v:rect id="s149" style="position:absolute;margin-left:470.750pt;margin-top:316.701pt;width:124.550pt;height:15.000pt;mso-position-horizontal-relative:page;mso-position-vertical-relative:page;z-index:14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121" w:id="149"/>
                    </w:rPr>
                    <w:t xml:space="preserve">”:</w:t>
                  </w:r>
                </w:p>
              </w:txbxContent>
            </v:textbox>
          </v:rect>
        </w:pict>
      </w:r>
      <w:r>
        <w:pict>
          <v:rect id="s150" style="position:absolute;margin-left:60.250pt;margin-top:327.021pt;width:535.050pt;height:18.000pt;mso-position-horizontal-relative:page;mso-position-vertical-relative:page;z-index:15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88" w:lineRule="exact"/>
                  </w:pPr>
                  <w:r>
                    <w:rPr>
                      <w:rFonts w:ascii="Arial" w:hAnsi="Arial"/>
                      <w:sz w:val="24"/>
                      <w:fitText w:val="216" w:id="150"/>
                    </w:rPr>
                    <w:t xml:space="preserve">☐</w:t>
                  </w:r>
                </w:p>
              </w:txbxContent>
            </v:textbox>
          </v:rect>
        </w:pict>
      </w:r>
      <w:r>
        <w:pict>
          <v:rect id="s151" style="position:absolute;margin-left:78.100pt;margin-top:328.901pt;width:517.200pt;height:15.000pt;mso-position-horizontal-relative:page;mso-position-vertical-relative:page;z-index:15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267" w:id="151"/>
                    </w:rPr>
                    <w:t xml:space="preserve">Poter avere copia dei seguenti documenti, ulteriori a quelli che devono essere pubblicati nell’apposita </w:t>
                  </w:r>
                </w:p>
              </w:txbxContent>
            </v:textbox>
          </v:rect>
        </w:pict>
      </w:r>
      <w:r>
        <w:pict>
          <v:rect id="s152" style="position:absolute;margin-left:78.100pt;margin-top:340.901pt;width:517.200pt;height:15.000pt;mso-position-horizontal-relative:page;mso-position-vertical-relative:page;z-index:15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4421" w:id="152"/>
                    </w:rPr>
                    <w:t xml:space="preserve">sezione del sito internet istituzionale denominata “</w:t>
                  </w:r>
                </w:p>
              </w:txbxContent>
            </v:textbox>
          </v:rect>
        </w:pict>
      </w:r>
      <w:r>
        <w:pict>
          <v:rect id="s153" style="position:absolute;margin-left:299.300pt;margin-top:340.901pt;width:296.000pt;height:15.000pt;mso-position-horizontal-relative:page;mso-position-vertical-relative:page;z-index:15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i/>
                      <w:fitText w:val="3427" w:id="153"/>
                    </w:rPr>
                    <w:t xml:space="preserve">AMMINISTRAZIONE TRASPARENTE</w:t>
                  </w:r>
                </w:p>
              </w:txbxContent>
            </v:textbox>
          </v:rect>
        </w:pict>
      </w:r>
      <w:r>
        <w:pict>
          <v:rect id="s154" style="position:absolute;margin-left:470.750pt;margin-top:340.901pt;width:124.550pt;height:15.000pt;mso-position-horizontal-relative:page;mso-position-vertical-relative:page;z-index:15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121" w:id="154"/>
                    </w:rPr>
                    <w:t xml:space="preserve">”:</w:t>
                  </w:r>
                </w:p>
              </w:txbxContent>
            </v:textbox>
          </v:rect>
        </w:pict>
      </w:r>
      <w:r>
        <w:pict>
          <v:rect id="s155" style="position:absolute;margin-left:56.800pt;margin-top:358.401pt;width:538.500pt;height:15.000pt;mso-position-horizontal-relative:page;mso-position-vertical-relative:page;z-index:15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55" w:id="155"/>
                    </w:rPr>
                    <w:t xml:space="preserve">[</w:t>
                  </w:r>
                </w:p>
              </w:txbxContent>
            </v:textbox>
          </v:rect>
        </w:pict>
      </w:r>
      <w:r>
        <w:pict>
          <v:rect id="s156" style="position:absolute;margin-left:59.550pt;margin-top:358.401pt;width:535.750pt;height:15.000pt;mso-position-horizontal-relative:page;mso-position-vertical-relative:page;z-index:15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b/>
                      <w:i/>
                      <w:fitText w:val="7273" w:id="156"/>
                    </w:rPr>
                    <w:t xml:space="preserve">Inserire qui la sommaria descrizione dei documenti che si stanno ricercando</w:t>
                  </w:r>
                </w:p>
              </w:txbxContent>
            </v:textbox>
          </v:rect>
        </w:pict>
      </w:r>
      <w:r>
        <w:pict>
          <v:rect id="s157" style="position:absolute;margin-left:423.550pt;margin-top:358.401pt;width:171.750pt;height:15.000pt;mso-position-horizontal-relative:page;mso-position-vertical-relative:page;z-index:15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55" w:id="157"/>
                    </w:rPr>
                    <w:t xml:space="preserve">]</w:t>
                  </w:r>
                </w:p>
              </w:txbxContent>
            </v:textbox>
          </v:rect>
        </w:pict>
      </w:r>
      <w:r>
        <w:pict>
          <v:rect id="s158" style="position:absolute;margin-left:56.700pt;margin-top:381.901pt;width:538.600pt;height:15.000pt;mso-position-horizontal-relative:page;mso-position-vertical-relative:page;z-index:15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5" w:id="158"/>
                    </w:rPr>
                    <w:t xml:space="preserve">...............................................................................................................................................................................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159" style="position:absolute;margin-left:56.700pt;margin-top:405.401pt;width:538.600pt;height:15.000pt;mso-position-horizontal-relative:page;mso-position-vertical-relative:page;z-index:15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5" w:id="159"/>
                    </w:rPr>
                    <w:t xml:space="preserve">...............................................................................................................................................................................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160" style="position:absolute;margin-left:56.800pt;margin-top:428.901pt;width:538.500pt;height:15.000pt;mso-position-horizontal-relative:page;mso-position-vertical-relative:page;z-index:16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93" w:id="160"/>
                    </w:rPr>
                    <w:t xml:space="preserve">Dichiaro di essere informato, tramite apposita informativa resa disponibile dall’ente a cui è indirizzato il </w:t>
                  </w:r>
                </w:p>
              </w:txbxContent>
            </v:textbox>
          </v:rect>
        </w:pict>
      </w:r>
      <w:r>
        <w:pict>
          <v:rect id="s161" style="position:absolute;margin-left:56.800pt;margin-top:445.001pt;width:538.500pt;height:15.000pt;mso-position-horizontal-relative:page;mso-position-vertical-relative:page;z-index:16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94" w:id="161"/>
                    </w:rPr>
                    <w:t xml:space="preserve">presente documento, ai sensi e per gli effetti degli articoli 13 e seg. del Regolamento Generale sulla </w:t>
                  </w:r>
                </w:p>
              </w:txbxContent>
            </v:textbox>
          </v:rect>
        </w:pict>
      </w:r>
      <w:r>
        <w:pict>
          <v:rect id="s162" style="position:absolute;margin-left:56.800pt;margin-top:461.101pt;width:538.500pt;height:15.000pt;mso-position-horizontal-relative:page;mso-position-vertical-relative:page;z-index:16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93" w:id="162"/>
                    </w:rPr>
                    <w:t xml:space="preserve">Protezione dei Dati (RGPD-UE 2016/679), che i dati personali raccolti saranno trattati, anche con strumenti </w:t>
                  </w:r>
                </w:p>
              </w:txbxContent>
            </v:textbox>
          </v:rect>
        </w:pict>
      </w:r>
      <w:r>
        <w:pict>
          <v:rect id="s163" style="position:absolute;margin-left:56.800pt;margin-top:477.201pt;width:538.500pt;height:15.000pt;mso-position-horizontal-relative:page;mso-position-vertical-relative:page;z-index:16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93" w:id="163"/>
                    </w:rPr>
                    <w:t xml:space="preserve">informatici, esclusivamente nell’ambito del procedimento per il quale la presente istanza/dichiarazione viene </w:t>
                  </w:r>
                </w:p>
              </w:txbxContent>
            </v:textbox>
          </v:rect>
        </w:pict>
      </w:r>
      <w:r>
        <w:pict>
          <v:rect id="s164" style="position:absolute;margin-left:56.800pt;margin-top:493.301pt;width:538.500pt;height:15.000pt;mso-position-horizontal-relative:page;mso-position-vertical-relative:page;z-index:16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444" w:id="164"/>
                    </w:rPr>
                    <w:t xml:space="preserve">resa.</w:t>
                  </w:r>
                </w:p>
              </w:txbxContent>
            </v:textbox>
          </v:rect>
        </w:pict>
      </w:r>
      <w:r>
        <w:pict>
          <v:rect id="s165" style="position:absolute;margin-left:56.800pt;margin-top:521.401pt;width:538.500pt;height:15.000pt;mso-position-horizontal-relative:page;mso-position-vertical-relative:page;z-index:16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7776" w:id="165"/>
                    </w:rPr>
                    <w:t xml:space="preserve">Allego fotocopia non autenticata di un mio documento di identità e i seguenti documenti:</w:t>
                  </w:r>
                </w:p>
              </w:txbxContent>
            </v:textbox>
          </v:rect>
        </w:pict>
      </w:r>
      <w:r>
        <w:pict>
          <v:rect id="s166" style="position:absolute;margin-left:56.700pt;margin-top:543.501pt;width:538.600pt;height:15.000pt;mso-position-horizontal-relative:page;mso-position-vertical-relative:page;z-index:16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9625" w:id="166"/>
                    </w:rPr>
                    <w:t xml:space="preserve">...............................................................................................................................................................................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167" style="position:absolute;margin-left:56.800pt;margin-top:571.601pt;width:538.500pt;height:15.000pt;mso-position-horizontal-relative:page;mso-position-vertical-relative:page;z-index:16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fitText w:val="1176" w:id="167"/>
                    </w:rPr>
                    <w:t xml:space="preserve">Distinti saluti,</w:t>
                  </w:r>
                </w:p>
              </w:txbxContent>
            </v:textbox>
          </v:rect>
        </w:pict>
      </w:r>
      <w:r>
        <w:pict>
          <v:rect id="s168" style="position:absolute;margin-left:342.150pt;margin-top:589.101pt;width:253.150pt;height:15.000pt;mso-position-horizontal-relative:page;mso-position-vertical-relative:page;z-index:16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40" w:lineRule="exact"/>
                  </w:pPr>
                  <w:r>
                    <w:rPr>
                      <w:rFonts w:ascii="Arial" w:hAnsi="Arial"/>
                      <w:sz w:val="20"/>
                      <w:i/>
                      <w:fitText w:val="3604" w:id="168"/>
                    </w:rPr>
                    <w:t xml:space="preserve">.................................................................</w:t>
                  </w:r>
                </w:p>
              </w:txbxContent>
            </v:textbox>
          </v:rect>
        </w:pict>
      </w:r>
      <w:r>
        <w:pict>
          <v:rect id="s169" style="position:absolute;margin-left:419.250pt;margin-top:600.621pt;width:176.050pt;height:10.500pt;mso-position-horizontal-relative:page;mso-position-vertical-relative:page;z-index:16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528" w:id="169"/>
                    </w:rPr>
                    <w:t xml:space="preserve">(FIRMA)</w:t>
                  </w:r>
                </w:p>
              </w:txbxContent>
            </v:textbox>
          </v:rect>
        </w:pict>
      </w:r>
      <w:r>
        <w:pict>
          <v:rect id="s170" style="position:absolute;margin-left:59.900pt;margin-top:629.321pt;width:535.400pt;height:10.500pt;mso-position-horizontal-relative:page;mso-position-vertical-relative:page;z-index:17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b/>
                      <w:fitText w:val="9647" w:id="170"/>
                    </w:rPr>
                    <w:t xml:space="preserve">Ai sensi dell'art. 38, d.P.R. 445 del 28 dicembre 2000, la dichiarazione è sottoscritta dall'interessato in presenza del dipendente addetto ovvero </w:t>
                  </w:r>
                </w:p>
              </w:txbxContent>
            </v:textbox>
          </v:rect>
        </w:pict>
      </w:r>
      <w:r>
        <w:pict>
          <v:rect id="s171" style="position:absolute;margin-left:59.900pt;margin-top:637.371pt;width:535.400pt;height:10.500pt;mso-position-horizontal-relative:page;mso-position-vertical-relative:page;z-index:17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b/>
                      <w:fitText w:val="9647" w:id="171"/>
                    </w:rPr>
                    <w:t xml:space="preserve">sottoscritta e inviata insieme alla fotocopia, non autenticata di un documento di identità del dichiarante, all'ufficio competente via fax, tramite </w:t>
                  </w:r>
                </w:p>
              </w:txbxContent>
            </v:textbox>
          </v:rect>
        </w:pict>
      </w:r>
      <w:r>
        <w:pict>
          <v:rect id="s172" style="position:absolute;margin-left:59.900pt;margin-top:645.421pt;width:535.400pt;height:10.500pt;mso-position-horizontal-relative:page;mso-position-vertical-relative:page;z-index:17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b/>
                      <w:fitText w:val="2454" w:id="172"/>
                    </w:rPr>
                    <w:t xml:space="preserve">un incaricato, oppure a mezzo posta.</w:t>
                  </w:r>
                </w:p>
              </w:txbxContent>
            </v:textbox>
          </v:rect>
        </w:pict>
      </w:r>
      <w:r>
        <w:pict>
          <v:rect id="s173" style="position:absolute;margin-left:115.450pt;margin-top:662.971pt;width:479.850pt;height:10.500pt;mso-position-horizontal-relative:page;mso-position-vertical-relative:page;z-index:17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1878" w:id="173"/>
                    </w:rPr>
                    <w:t xml:space="preserve">FIRMATA DAL DICHIARANTE</w:t>
                  </w:r>
                </w:p>
              </w:txbxContent>
            </v:textbox>
          </v:rect>
        </w:pict>
      </w:r>
      <w:r>
        <w:pict>
          <v:rect id="s174" style="position:absolute;margin-left:133.650pt;margin-top:671.021pt;width:461.650pt;height:10.500pt;mso-position-horizontal-relative:page;mso-position-vertical-relative:page;z-index:174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1149" w:id="174"/>
                    </w:rPr>
                    <w:t xml:space="preserve">II MIA PRESENZA</w:t>
                  </w:r>
                </w:p>
              </w:txbxContent>
            </v:textbox>
          </v:rect>
        </w:pict>
      </w:r>
      <w:r>
        <w:pict>
          <v:rect id="s175" style="position:absolute;margin-left:59.900pt;margin-top:683.071pt;width:535.400pt;height:10.500pt;mso-position-horizontal-relative:page;mso-position-vertical-relative:page;z-index:175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i/>
                      <w:fitText w:val="1660" w:id="175"/>
                    </w:rPr>
                    <w:t xml:space="preserve">lì ........................................</w:t>
                  </w:r>
                </w:p>
              </w:txbxContent>
            </v:textbox>
          </v:rect>
        </w:pict>
      </w:r>
      <w:r>
        <w:pict>
          <v:rect id="s176" style="position:absolute;margin-left:178.700pt;margin-top:695.121pt;width:416.600pt;height:10.500pt;mso-position-horizontal-relative:page;mso-position-vertical-relative:page;z-index:176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766" w:id="176"/>
                    </w:rPr>
                    <w:t xml:space="preserve">L’ADDETTO</w:t>
                  </w:r>
                </w:p>
              </w:txbxContent>
            </v:textbox>
          </v:rect>
        </w:pict>
      </w:r>
      <w:r>
        <w:pict>
          <v:rect id="s177" style="position:absolute;margin-left:135.650pt;margin-top:713.171pt;width:459.650pt;height:10.500pt;mso-position-horizontal-relative:page;mso-position-vertical-relative:page;z-index:177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2484" w:id="177"/>
                    </w:rPr>
                    <w:t xml:space="preserve">................................................................</w:t>
                  </w:r>
                </w:p>
              </w:txbxContent>
            </v:textbox>
          </v:rect>
        </w:pict>
      </w:r>
      <w:r>
        <w:pict>
          <v:rect id="s178" style="position:absolute;margin-left:270.900pt;margin-top:662.971pt;width:324.400pt;height:10.500pt;mso-position-horizontal-relative:page;mso-position-vertical-relative:page;z-index:178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1598" w:id="178"/>
                    </w:rPr>
                    <w:t xml:space="preserve">SI ALLEGA FOTOCOPIA:</w:t>
                  </w:r>
                </w:p>
              </w:txbxContent>
            </v:textbox>
          </v:rect>
        </w:pict>
      </w:r>
      <w:r>
        <w:pict>
          <v:rect id="s179" style="position:absolute;margin-left:298.900pt;margin-top:679.471pt;width:296.400pt;height:10.500pt;mso-position-horizontal-relative:page;mso-position-vertical-relative:page;z-index:179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1300" w:id="179"/>
                    </w:rPr>
                    <w:t xml:space="preserve"> CARTA D’IDENTITÀ</w:t>
                  </w:r>
                </w:p>
              </w:txbxContent>
            </v:textbox>
          </v:rect>
        </w:pict>
      </w:r>
      <w:r>
        <w:pict>
          <v:rect id="s180" style="position:absolute;margin-left:298.900pt;margin-top:699.071pt;width:296.400pt;height:10.500pt;mso-position-horizontal-relative:page;mso-position-vertical-relative:page;z-index:180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987" w:id="180"/>
                    </w:rPr>
                    <w:t xml:space="preserve"> PASSAPORTO</w:t>
                  </w:r>
                </w:p>
              </w:txbxContent>
            </v:textbox>
          </v:rect>
        </w:pict>
      </w:r>
      <w:r>
        <w:pict>
          <v:rect id="s181" style="position:absolute;margin-left:298.900pt;margin-top:718.671pt;width:296.400pt;height:10.500pt;mso-position-horizontal-relative:page;mso-position-vertical-relative:page;z-index:181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663" w:id="181"/>
                    </w:rPr>
                    <w:t xml:space="preserve"> PATENTE</w:t>
                  </w:r>
                </w:p>
              </w:txbxContent>
            </v:textbox>
          </v:rect>
        </w:pict>
      </w:r>
      <w:r>
        <w:pict>
          <v:rect id="s182" style="position:absolute;margin-left:298.900pt;margin-top:738.271pt;width:296.400pt;height:10.500pt;mso-position-horizontal-relative:page;mso-position-vertical-relative:page;z-index:182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68" w:lineRule="exact"/>
                  </w:pPr>
                  <w:r>
                    <w:rPr>
                      <w:rFonts w:ascii="Arial" w:hAnsi="Arial"/>
                      <w:sz w:val="14"/>
                      <w:fitText w:val="2754" w:id="182"/>
                    </w:rPr>
                    <w:t xml:space="preserve"> ......................................................................</w:t>
                  </w:r>
                </w:p>
              </w:txbxContent>
            </v:textbox>
          </v:rect>
        </w:pict>
      </w:r>
      <w:r>
        <w:pict>
          <v:rect id="s183" style="position:absolute;margin-left:514.700pt;margin-top:809.401pt;width:80.600pt;height:7.500pt;mso-position-horizontal-relative:page;mso-position-vertical-relative:page;z-index:183" filled="f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20" w:lineRule="exact"/>
                  </w:pPr>
                  <w:r>
                    <w:rPr>
                      <w:rFonts w:ascii="Arial" w:hAnsi="Arial"/>
                      <w:sz w:val="10"/>
                      <w:fitText w:val="477" w:id="183"/>
                    </w:rPr>
                    <w:t xml:space="preserve">Pag. 1 di 1</w:t>
                  </w:r>
                </w:p>
              </w:txbxContent>
            </v:textbox>
          </v:rect>
        </w:pict>
      </w:r>
      <w:r>
        <w:pict>
          <v:rect id="s184" style="position:absolute;margin-left:116.000pt;margin-top:71.776pt;width:89.000pt;height:12.325pt;mso-position-horizontal-relative:page;mso-position-vertical-relative:page;z-index:184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185" style="position:absolute;mso-position-horizontal-relative:page;mso-position-vertical-relative:page;z-index:185" from="116.000pt,82.601pt" to="205.000pt,82.601pt" strokecolor="black" strokeweight="0.4pt">
            <v:stroke dashstyle="dot"/>
          </v:line>
        </w:pict>
      </w:r>
      <w:r>
        <w:pict>
          <v:rect id="s186" style="position:absolute;margin-left:388.000pt;margin-top:118.776pt;width:151.000pt;height:12.325pt;mso-position-horizontal-relative:page;mso-position-vertical-relative:page;z-index:186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187" style="position:absolute;mso-position-horizontal-relative:page;mso-position-vertical-relative:page;z-index:187" from="388.000pt,129.601pt" to="539.000pt,129.601pt" strokecolor="black" strokeweight="0.4pt">
            <v:stroke dashstyle="dot"/>
          </v:line>
        </w:pict>
      </w:r>
      <w:r>
        <w:pict>
          <v:rect id="s188" style="position:absolute;margin-left:126.000pt;margin-top:148.276pt;width:186.000pt;height:12.325pt;mso-position-horizontal-relative:page;mso-position-vertical-relative:page;z-index:188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189" style="position:absolute;mso-position-horizontal-relative:page;mso-position-vertical-relative:page;z-index:189" from="126.000pt,159.101pt" to="312.000pt,159.101pt" strokecolor="black" strokeweight="0.4pt">
            <v:stroke dashstyle="dot"/>
          </v:line>
        </w:pict>
      </w:r>
      <w:r>
        <w:pict>
          <v:rect id="s190" style="position:absolute;margin-left:351.000pt;margin-top:148.276pt;width:188.000pt;height:12.325pt;mso-position-horizontal-relative:page;mso-position-vertical-relative:page;z-index:190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191" style="position:absolute;mso-position-horizontal-relative:page;mso-position-vertical-relative:page;z-index:191" from="351.000pt,159.101pt" to="539.000pt,159.101pt" strokecolor="black" strokeweight="0.4pt">
            <v:stroke dashstyle="dot"/>
          </v:line>
        </w:pict>
      </w:r>
      <w:r>
        <w:pict>
          <v:rect id="s192" style="position:absolute;margin-left:77.000pt;margin-top:171.776pt;width:181.000pt;height:12.325pt;mso-position-horizontal-relative:page;mso-position-vertical-relative:page;z-index:192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193" style="position:absolute;mso-position-horizontal-relative:page;mso-position-vertical-relative:page;z-index:193" from="77.000pt,182.601pt" to="258.000pt,182.601pt" strokecolor="black" strokeweight="0.4pt">
            <v:stroke dashstyle="dot"/>
          </v:line>
        </w:pict>
      </w:r>
      <w:r>
        <w:pict>
          <v:rect id="s194" style="position:absolute;margin-left:368.000pt;margin-top:171.776pt;width:118.000pt;height:12.325pt;mso-position-horizontal-relative:page;mso-position-vertical-relative:page;z-index:194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195" style="position:absolute;mso-position-horizontal-relative:page;mso-position-vertical-relative:page;z-index:195" from="368.000pt,182.601pt" to="486.000pt,182.601pt" strokecolor="black" strokeweight="0.4pt">
            <v:stroke dashstyle="dot"/>
          </v:line>
        </w:pict>
      </w:r>
      <w:r>
        <w:pict>
          <v:rect id="s196" style="position:absolute;margin-left:169.000pt;margin-top:195.276pt;width:370.000pt;height:12.325pt;mso-position-horizontal-relative:page;mso-position-vertical-relative:page;z-index:196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197" style="position:absolute;mso-position-horizontal-relative:page;mso-position-vertical-relative:page;z-index:197" from="169.000pt,206.101pt" to="539.000pt,206.101pt" strokecolor="black" strokeweight="0.4pt">
            <v:stroke dashstyle="dot"/>
          </v:line>
        </w:pict>
      </w:r>
      <w:r>
        <w:pict>
          <v:rect id="s198" style="position:absolute;margin-left:379.000pt;margin-top:238.276pt;width:159.000pt;height:12.325pt;mso-position-horizontal-relative:page;mso-position-vertical-relative:page;z-index:198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199" style="position:absolute;mso-position-horizontal-relative:page;mso-position-vertical-relative:page;z-index:199" from="379.000pt,249.101pt" to="538.000pt,249.101pt" strokecolor="black" strokeweight="0.4pt">
            <v:stroke dashstyle="dot"/>
          </v:line>
        </w:pict>
      </w:r>
      <w:r>
        <w:pict>
          <v:rect id="s200" style="position:absolute;margin-left:85.000pt;margin-top:259.776pt;width:30.000pt;height:12.325pt;mso-position-horizontal-relative:page;mso-position-vertical-relative:page;z-index:200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201" style="position:absolute;mso-position-horizontal-relative:page;mso-position-vertical-relative:page;z-index:201" from="85.000pt,270.601pt" to="115.000pt,270.601pt" strokecolor="black" strokeweight="0.4pt">
            <v:stroke dashstyle="dot"/>
          </v:line>
        </w:pict>
      </w:r>
      <w:r>
        <w:pict>
          <v:rect id="s202" style="position:absolute;margin-left:141.000pt;margin-top:259.776pt;width:45.000pt;height:12.325pt;mso-position-horizontal-relative:page;mso-position-vertical-relative:page;z-index:202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203" style="position:absolute;mso-position-horizontal-relative:page;mso-position-vertical-relative:page;z-index:203" from="141.000pt,270.601pt" to="186.000pt,270.601pt" strokecolor="black" strokeweight="0.4pt">
            <v:stroke dashstyle="dot"/>
          </v:line>
        </w:pict>
      </w:r>
      <w:r>
        <w:pict>
          <v:rect id="s204" style="position:absolute;margin-left:230.000pt;margin-top:259.776pt;width:210.000pt;height:12.325pt;mso-position-horizontal-relative:page;mso-position-vertical-relative:page;z-index:204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205" style="position:absolute;mso-position-horizontal-relative:page;mso-position-vertical-relative:page;z-index:205" from="230.000pt,270.601pt" to="440.000pt,270.601pt" strokecolor="black" strokeweight="0.4pt">
            <v:stroke dashstyle="dot"/>
          </v:line>
        </w:pict>
      </w:r>
      <w:r>
        <w:pict>
          <v:rect id="s206" style="position:absolute;margin-left:458.000pt;margin-top:259.776pt;width:81.000pt;height:12.325pt;mso-position-horizontal-relative:page;mso-position-vertical-relative:page;z-index:206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207" style="position:absolute;mso-position-horizontal-relative:page;mso-position-vertical-relative:page;z-index:207" from="458.000pt,270.601pt" to="539.000pt,270.601pt" strokecolor="black" strokeweight="0.4pt">
            <v:stroke dashstyle="dot"/>
          </v:line>
        </w:pict>
      </w:r>
      <w:r>
        <w:pict>
          <v:rect id="s208" style="position:absolute;margin-left:80.000pt;margin-top:281.276pt;width:115.000pt;height:12.325pt;mso-position-horizontal-relative:page;mso-position-vertical-relative:page;z-index:208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209" style="position:absolute;mso-position-horizontal-relative:page;mso-position-vertical-relative:page;z-index:209" from="80.000pt,292.101pt" to="195.000pt,292.101pt" strokecolor="black" strokeweight="0.4pt">
            <v:stroke dashstyle="dot"/>
          </v:line>
        </w:pict>
      </w:r>
      <w:r>
        <w:pict>
          <v:rect id="s210" style="position:absolute;margin-left:251.000pt;margin-top:281.276pt;width:288.000pt;height:12.325pt;mso-position-horizontal-relative:page;mso-position-vertical-relative:page;z-index:210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211" style="position:absolute;mso-position-horizontal-relative:page;mso-position-vertical-relative:page;z-index:211" from="251.000pt,292.101pt" to="539.000pt,292.101pt" strokecolor="black" strokeweight="0.4pt">
            <v:stroke dashstyle="dot"/>
          </v:line>
        </w:pict>
      </w:r>
      <w:r>
        <w:pict>
          <v:rect id="s212" style="position:absolute;margin-left:59.500pt;margin-top:302.500pt;width:12.000pt;height:15.200pt;mso-position-horizontal-relative:page;mso-position-vertical-relative:page;z-index:212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213" style="position:absolute;margin-left:59.500pt;margin-top:326.800pt;width:12.000pt;height:15.200pt;mso-position-horizontal-relative:page;mso-position-vertical-relative:page;z-index:213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214" style="position:absolute;margin-left:342.000pt;margin-top:587.876pt;width:181.000pt;height:12.325pt;mso-position-horizontal-relative:page;mso-position-vertical-relative:page;z-index:214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215" style="position:absolute;mso-position-horizontal-relative:page;mso-position-vertical-relative:page;z-index:215" from="342.000pt,598.701pt" to="523.000pt,598.701pt" strokecolor="black" strokeweight="0.4pt">
            <v:stroke dashstyle="dot"/>
          </v:line>
        </w:pict>
      </w:r>
      <w:r>
        <w:pict>
          <v:rect id="s216" style="position:absolute;margin-left:65.000pt;margin-top:679.651pt;width:78.000pt;height:11.600pt;mso-position-horizontal-relative:page;mso-position-vertical-relative:page;z-index:216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217" style="position:absolute;mso-position-horizontal-relative:page;mso-position-vertical-relative:page;z-index:217" from="65.000pt,689.851pt" to="143.000pt,689.851pt" strokecolor="black" strokeweight="0.4pt">
            <v:stroke dashstyle="dot"/>
          </v:line>
        </w:pict>
      </w:r>
      <w:r>
        <w:pict>
          <v:rect id="s218" style="position:absolute;margin-left:135.000pt;margin-top:709.751pt;width:125.000pt;height:11.600pt;mso-position-horizontal-relative:page;mso-position-vertical-relative:page;z-index:218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219" style="position:absolute;mso-position-horizontal-relative:page;mso-position-vertical-relative:page;z-index:219" from="135.000pt,719.951pt" to="260.000pt,719.951pt" strokecolor="black" strokeweight="0.4pt">
            <v:stroke dashstyle="dot"/>
          </v:line>
        </w:pict>
      </w:r>
      <w:r>
        <w:pict>
          <v:rect id="s220" style="position:absolute;margin-left:286.250pt;margin-top:676.050pt;width:11.300pt;height:11.300pt;mso-position-horizontal-relative:page;mso-position-vertical-relative:page;z-index:220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221" style="position:absolute;margin-left:286.250pt;margin-top:695.650pt;width:11.300pt;height:11.300pt;mso-position-horizontal-relative:page;mso-position-vertical-relative:page;z-index:221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222" style="position:absolute;margin-left:286.250pt;margin-top:715.250pt;width:11.300pt;height:11.300pt;mso-position-horizontal-relative:page;mso-position-vertical-relative:page;z-index:222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223" style="position:absolute;margin-left:286.250pt;margin-top:734.850pt;width:11.300pt;height:11.300pt;mso-position-horizontal-relative:page;mso-position-vertical-relative:page;z-index:223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16" w:lineRule="exact"/>
                  </w:pP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Arial" w:hAnsi="Arial"/>
                      <w:sz w:val="18"/>
                    </w:rPr>
                  </w:r>
                  <w:r>
                    <w:rPr>
                      <w:rFonts w:ascii="DejaVu Sans" w:hAnsi="DejaVu Sans"/>
                      <w:sz w:val="18"/>
                    </w:rPr>
                    <w:t xml:space="preserve">☐</w:t>
                  </w:r>
                  <w:r>
                    <w:rPr>
                      <w:rFonts w:ascii="Arial" w:hAnsi="Arial"/>
                      <w:sz w:val="18"/>
                    </w:rPr>
                  </w:r>
                </w:p>
              </w:txbxContent>
            </v:textbox>
          </v:rect>
        </w:pict>
      </w:r>
      <w:r>
        <w:pict>
          <v:rect id="s224" style="position:absolute;margin-left:300.000pt;margin-top:734.851pt;width:137.000pt;height:11.600pt;mso-position-horizontal-relative:page;mso-position-vertical-relative:page;z-index:224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225" style="position:absolute;mso-position-horizontal-relative:page;mso-position-vertical-relative:page;z-index:225" from="300.000pt,745.051pt" to="437.000pt,745.051pt" strokecolor="black" strokeweight="0.4pt">
            <v:stroke dashstyle="dot"/>
          </v:line>
        </w:pict>
      </w:r>
      <w:r>
        <w:pict>
          <v:rect id="s226" style="position:absolute;margin-left:57.000pt;margin-top:381.301pt;width:481.000pt;height:11.600pt;mso-position-horizontal-relative:page;mso-position-vertical-relative:page;z-index:226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227" style="position:absolute;mso-position-horizontal-relative:page;mso-position-vertical-relative:page;z-index:227" from="57.000pt,391.501pt" to="538.000pt,391.501pt" strokecolor="black" strokeweight="0.4pt">
            <v:stroke dashstyle="dot"/>
          </v:line>
        </w:pict>
      </w:r>
      <w:r>
        <w:pict>
          <v:rect id="s228" style="position:absolute;margin-left:57.000pt;margin-top:404.801pt;width:481.000pt;height:11.600pt;mso-position-horizontal-relative:page;mso-position-vertical-relative:page;z-index:228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192" w:lineRule="exact"/>
                  </w:pP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</w:r>
                  <w:r>
                    <w:rPr>
                      <w:rFonts w:ascii="Arial" w:hAnsi="Arial"/>
                      <w:sz w:val="16"/>
                    </w:rPr>
                    <w:t xml:space="preserve"> </w:t>
                  </w:r>
                  <w:r>
                    <w:rPr>
                      <w:rFonts w:ascii="Arial" w:hAnsi="Arial"/>
                      <w:sz w:val="16"/>
                    </w:rPr>
                  </w:r>
                </w:p>
              </w:txbxContent>
            </v:textbox>
          </v:rect>
        </w:pict>
      </w:r>
      <w:r>
        <w:pict>
          <v:line id="s229" style="position:absolute;mso-position-horizontal-relative:page;mso-position-vertical-relative:page;z-index:229" from="57.000pt,415.001pt" to="538.000pt,415.001pt" strokecolor="black" strokeweight="0.4pt">
            <v:stroke dashstyle="dot"/>
          </v:line>
        </w:pict>
      </w:r>
      <w:r>
        <w:pict>
          <v:rect id="s230" style="position:absolute;margin-left:57.000pt;margin-top:542.276pt;width:481.000pt;height:12.325pt;mso-position-horizontal-relative:page;mso-position-vertical-relative:page;z-index:230" filled="t" fillcolor="white" stroked="f" strokecolor="black" strokeweight=".4pt">
            <v:textbox inset="0,0,0,0" style="mso-fit-shape-to-text:f">
              <w:txbxContent>
                <w:p>
                  <w:pPr>
                    <w:spacing w:before="0" w:after="0" w:line="204" w:lineRule="exact"/>
                  </w:pP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</w:r>
                  <w:r>
                    <w:rPr>
                      <w:rFonts w:ascii="Arial" w:hAnsi="Arial"/>
                      <w:sz w:val="17"/>
                    </w:rPr>
                    <w:t xml:space="preserve"> </w:t>
                  </w:r>
                  <w:r>
                    <w:rPr>
                      <w:rFonts w:ascii="Arial" w:hAnsi="Arial"/>
                      <w:sz w:val="17"/>
                    </w:rPr>
                  </w:r>
                </w:p>
              </w:txbxContent>
            </v:textbox>
          </v:rect>
        </w:pict>
      </w:r>
      <w:r>
        <w:pict>
          <v:line id="s231" style="position:absolute;mso-position-horizontal-relative:page;mso-position-vertical-relative:page;z-index:231" from="57.000pt,553.101pt" to="538.000pt,553.101pt" strokecolor="black" strokeweight="0.4pt">
            <v:stroke dashstyle="dot"/>
          </v:line>
        </w:pict>
      </w:r>
    </w:p>
    <w:sectPr w:rsidR="00FC693F" w:rsidRPr="0006063C" w:rsidSect="00034616">
      <w:pgSz w:w="11906" w:h="16838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